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CE18" w14:textId="60EFDB75" w:rsidR="00A97A0B" w:rsidRPr="008F700F" w:rsidRDefault="002E37D6" w:rsidP="007C62C8">
      <w:pPr>
        <w:pStyle w:val="Titre2"/>
        <w:spacing w:after="240"/>
        <w:jc w:val="center"/>
        <w:rPr>
          <w:rFonts w:ascii="Aptos Display" w:hAnsi="Aptos Display"/>
          <w:sz w:val="52"/>
          <w:szCs w:val="52"/>
        </w:rPr>
      </w:pPr>
      <w:r w:rsidRPr="008F700F">
        <w:rPr>
          <w:rFonts w:ascii="Aptos Display" w:hAnsi="Aptos Display"/>
          <w:sz w:val="52"/>
          <w:szCs w:val="52"/>
        </w:rPr>
        <w:t>AVA – Objection Handling Guide</w:t>
      </w:r>
    </w:p>
    <w:p w14:paraId="5C470F8E" w14:textId="77777777" w:rsidR="00C740BB" w:rsidRPr="008F700F" w:rsidRDefault="00C740BB" w:rsidP="00C740BB">
      <w:pPr>
        <w:rPr>
          <w:rFonts w:ascii="Aptos Display" w:hAnsi="Aptos Display"/>
        </w:rPr>
      </w:pPr>
    </w:p>
    <w:p w14:paraId="0B9A2438" w14:textId="4A4A4BCE" w:rsidR="007B7730" w:rsidRPr="008F700F" w:rsidRDefault="007B7730" w:rsidP="00A165D7">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T</w:t>
      </w:r>
      <w:r w:rsidR="00A165D7" w:rsidRPr="008F700F">
        <w:rPr>
          <w:rFonts w:ascii="Aptos Display" w:hAnsi="Aptos Display"/>
          <w:color w:val="000000" w:themeColor="text1"/>
          <w:sz w:val="48"/>
          <w:szCs w:val="48"/>
        </w:rPr>
        <w:t>echnolog</w:t>
      </w:r>
      <w:r w:rsidR="003A537A" w:rsidRPr="008F700F">
        <w:rPr>
          <w:rFonts w:ascii="Aptos Display" w:hAnsi="Aptos Display"/>
          <w:color w:val="000000" w:themeColor="text1"/>
          <w:sz w:val="48"/>
          <w:szCs w:val="48"/>
        </w:rPr>
        <w:t>y &amp; Differentiation</w:t>
      </w:r>
    </w:p>
    <w:p w14:paraId="336C1F62"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already have an intraoral scanner"</w:t>
      </w:r>
    </w:p>
    <w:p w14:paraId="55FCBE6E" w14:textId="77777777" w:rsidR="007B7730" w:rsidRPr="008F700F" w:rsidRDefault="007B7730" w:rsidP="00CF35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already have an intraoral scanner."</w:t>
      </w:r>
    </w:p>
    <w:p w14:paraId="546034E0" w14:textId="63E81E53" w:rsidR="00CF3514" w:rsidRPr="008F700F" w:rsidRDefault="007B7730" w:rsidP="007C0CF1">
      <w:pPr>
        <w:spacing w:line="240" w:lineRule="auto"/>
        <w:rPr>
          <w:rFonts w:ascii="Aptos Display" w:hAnsi="Aptos Display"/>
          <w:b/>
          <w:bCs/>
          <w:color w:val="F79646" w:themeColor="accent6"/>
          <w:sz w:val="28"/>
          <w:szCs w:val="28"/>
        </w:rPr>
      </w:pPr>
      <w:r w:rsidRPr="008F700F">
        <w:rPr>
          <w:rFonts w:ascii="Aptos Display" w:hAnsi="Aptos Display"/>
          <w:b/>
          <w:bCs/>
          <w:sz w:val="28"/>
          <w:szCs w:val="28"/>
        </w:rPr>
        <w:t>You:</w:t>
      </w:r>
      <w:r w:rsidR="00CF3514" w:rsidRPr="008F700F">
        <w:rPr>
          <w:rFonts w:ascii="Aptos Display" w:hAnsi="Aptos Display"/>
          <w:b/>
          <w:bCs/>
          <w:sz w:val="28"/>
          <w:szCs w:val="28"/>
        </w:rPr>
        <w:t xml:space="preserve"> </w:t>
      </w:r>
      <w:r w:rsidRPr="008F700F">
        <w:rPr>
          <w:rFonts w:ascii="Aptos Display" w:hAnsi="Aptos Display"/>
          <w:sz w:val="28"/>
          <w:szCs w:val="28"/>
        </w:rPr>
        <w:t xml:space="preserve">"That's great.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is not designed to replace your scanner. Scanning is not the value. The value is helping patients understand their condition, trust your recommendations, and accept treatment. </w:t>
      </w:r>
      <w:r w:rsidRPr="008F700F">
        <w:rPr>
          <w:rFonts w:ascii="Aptos Display" w:hAnsi="Aptos Display"/>
          <w:b/>
          <w:bCs/>
          <w:color w:val="F79646" w:themeColor="accent6"/>
          <w:sz w:val="28"/>
          <w:szCs w:val="28"/>
        </w:rPr>
        <w:t>AVA transforms a scan into a structured treatment acceptance experience."</w:t>
      </w:r>
    </w:p>
    <w:p w14:paraId="6839EBE3" w14:textId="646D68F4"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already use an intraoral camera"</w:t>
      </w:r>
    </w:p>
    <w:p w14:paraId="111B5BF4"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already use an intraoral camera."</w:t>
      </w:r>
    </w:p>
    <w:p w14:paraId="522B7265" w14:textId="4D99D202"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You:</w:t>
      </w:r>
      <w:r w:rsidR="00411650" w:rsidRPr="008F700F">
        <w:rPr>
          <w:rFonts w:ascii="Aptos Display" w:hAnsi="Aptos Display"/>
          <w:b/>
          <w:bCs/>
          <w:sz w:val="28"/>
          <w:szCs w:val="28"/>
        </w:rPr>
        <w:t xml:space="preserve"> </w:t>
      </w:r>
      <w:r w:rsidRPr="008F700F">
        <w:rPr>
          <w:rFonts w:ascii="Aptos Display" w:hAnsi="Aptos Display"/>
          <w:sz w:val="28"/>
          <w:szCs w:val="28"/>
        </w:rPr>
        <w:t xml:space="preserve">"Most practices do. </w:t>
      </w:r>
      <w:r w:rsidRPr="008F700F">
        <w:rPr>
          <w:rFonts w:ascii="Aptos Display" w:hAnsi="Aptos Display"/>
          <w:b/>
          <w:bCs/>
          <w:sz w:val="28"/>
          <w:szCs w:val="28"/>
        </w:rPr>
        <w:t>Yet average treatment acceptance remains around 45%.</w:t>
      </w:r>
      <w:r w:rsidRPr="008F700F">
        <w:rPr>
          <w:rFonts w:ascii="Aptos Display" w:hAnsi="Aptos Display"/>
          <w:sz w:val="28"/>
          <w:szCs w:val="28"/>
        </w:rPr>
        <w:t xml:space="preserve"> An intraoral camera shows images. </w:t>
      </w:r>
      <w:r w:rsidRPr="008F700F">
        <w:rPr>
          <w:rFonts w:ascii="Aptos Display" w:hAnsi="Aptos Display"/>
          <w:b/>
          <w:bCs/>
          <w:color w:val="F79646" w:themeColor="accent6"/>
          <w:sz w:val="28"/>
          <w:szCs w:val="28"/>
        </w:rPr>
        <w:t xml:space="preserve">AVA </w:t>
      </w:r>
      <w:r w:rsidRPr="008F700F">
        <w:rPr>
          <w:rFonts w:ascii="Aptos Display" w:hAnsi="Aptos Display"/>
          <w:sz w:val="28"/>
          <w:szCs w:val="28"/>
        </w:rPr>
        <w:t xml:space="preserve">combines 3D visualization, Artificial Intelligence, guided consultation, treatment presentation, and patient reporting in one platform. The difference is not seeing more. </w:t>
      </w:r>
      <w:r w:rsidRPr="008F700F">
        <w:rPr>
          <w:rFonts w:ascii="Aptos Display" w:hAnsi="Aptos Display"/>
          <w:b/>
          <w:bCs/>
          <w:color w:val="F79646" w:themeColor="accent6"/>
          <w:sz w:val="28"/>
          <w:szCs w:val="28"/>
        </w:rPr>
        <w:t>The difference is helping patients say yes."</w:t>
      </w:r>
    </w:p>
    <w:p w14:paraId="565D7099" w14:textId="77777777" w:rsidR="002301A4" w:rsidRPr="008F700F" w:rsidRDefault="002301A4" w:rsidP="002301A4">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already have radiographs"</w:t>
      </w:r>
    </w:p>
    <w:p w14:paraId="51E5AA10" w14:textId="20151DFC" w:rsidR="004419E8" w:rsidRPr="008F700F" w:rsidRDefault="004419E8" w:rsidP="004419E8">
      <w:pPr>
        <w:spacing w:line="240" w:lineRule="auto"/>
        <w:rPr>
          <w:rFonts w:ascii="Aptos Display" w:hAnsi="Aptos Display"/>
          <w:b/>
          <w:bCs/>
          <w:sz w:val="28"/>
          <w:szCs w:val="28"/>
        </w:rPr>
      </w:pPr>
      <w:r w:rsidRPr="008F700F">
        <w:rPr>
          <w:rFonts w:ascii="Aptos Display" w:hAnsi="Aptos Display"/>
          <w:b/>
          <w:bCs/>
          <w:sz w:val="28"/>
          <w:szCs w:val="28"/>
        </w:rPr>
        <w:t xml:space="preserve">Dentist: </w:t>
      </w:r>
      <w:r w:rsidRPr="008F700F">
        <w:rPr>
          <w:rFonts w:ascii="Aptos Display" w:hAnsi="Aptos Display"/>
          <w:sz w:val="28"/>
          <w:szCs w:val="28"/>
        </w:rPr>
        <w:t>"I already use radiographs"</w:t>
      </w:r>
    </w:p>
    <w:p w14:paraId="6D1716E4" w14:textId="3F46C003" w:rsidR="00047040" w:rsidRPr="008F700F" w:rsidRDefault="00047040" w:rsidP="00047040">
      <w:pPr>
        <w:spacing w:line="240" w:lineRule="auto"/>
        <w:rPr>
          <w:rFonts w:ascii="Aptos Display" w:hAnsi="Aptos Display"/>
          <w:sz w:val="28"/>
          <w:szCs w:val="28"/>
        </w:rPr>
      </w:pPr>
      <w:r w:rsidRPr="008F700F">
        <w:rPr>
          <w:rFonts w:ascii="Aptos Display" w:hAnsi="Aptos Display"/>
          <w:b/>
          <w:bCs/>
          <w:sz w:val="28"/>
          <w:szCs w:val="28"/>
        </w:rPr>
        <w:t>You:</w:t>
      </w:r>
      <w:r w:rsidRPr="008F700F">
        <w:rPr>
          <w:rFonts w:ascii="Aptos Display" w:hAnsi="Aptos Display"/>
          <w:sz w:val="28"/>
          <w:szCs w:val="28"/>
        </w:rPr>
        <w:t xml:space="preserve"> "Radiographs are extremely valuable clinical tools, but they can sometimes be difficult for patients to understand."</w:t>
      </w:r>
    </w:p>
    <w:p w14:paraId="4F69573B" w14:textId="6962F5F1" w:rsidR="00047040" w:rsidRPr="008F700F" w:rsidRDefault="00047040" w:rsidP="00047040">
      <w:pPr>
        <w:spacing w:line="240" w:lineRule="auto"/>
        <w:rPr>
          <w:rFonts w:ascii="Aptos Display" w:hAnsi="Aptos Display"/>
          <w:sz w:val="28"/>
          <w:szCs w:val="28"/>
        </w:rPr>
      </w:pPr>
      <w:r w:rsidRPr="008F700F">
        <w:rPr>
          <w:rFonts w:ascii="Aptos Display" w:hAnsi="Aptos Display"/>
          <w:sz w:val="28"/>
          <w:szCs w:val="28"/>
        </w:rPr>
        <w:t xml:space="preserve">"Most patients are not trained to interpret different shades of black, white and gray on a </w:t>
      </w:r>
      <w:r w:rsidR="00482C6F" w:rsidRPr="008F700F">
        <w:rPr>
          <w:rFonts w:ascii="Aptos Display" w:hAnsi="Aptos Display"/>
          <w:sz w:val="28"/>
          <w:szCs w:val="28"/>
        </w:rPr>
        <w:t>radiograph. In</w:t>
      </w:r>
      <w:r w:rsidRPr="008F700F">
        <w:rPr>
          <w:rFonts w:ascii="Aptos Display" w:hAnsi="Aptos Display"/>
          <w:sz w:val="28"/>
          <w:szCs w:val="28"/>
        </w:rPr>
        <w:t xml:space="preserve"> contrast,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presents findings directly on a realistic 3D representation of the patient's own teeth.</w:t>
      </w:r>
      <w:r w:rsidR="004B5F37" w:rsidRPr="008F700F">
        <w:rPr>
          <w:rFonts w:ascii="Aptos Display" w:hAnsi="Aptos Display"/>
          <w:sz w:val="28"/>
          <w:szCs w:val="28"/>
        </w:rPr>
        <w:t xml:space="preserve"> </w:t>
      </w:r>
      <w:r w:rsidRPr="008F700F">
        <w:rPr>
          <w:rFonts w:ascii="Aptos Display" w:hAnsi="Aptos Display"/>
          <w:sz w:val="28"/>
          <w:szCs w:val="28"/>
        </w:rPr>
        <w:t>Patients immediately recognize their teeth, their restorations and the areas of concern, making the conversation much easier and more intuitive."</w:t>
      </w:r>
    </w:p>
    <w:p w14:paraId="2786B35C" w14:textId="1169BCE3" w:rsidR="00321A0C" w:rsidRPr="008F700F" w:rsidRDefault="00047040" w:rsidP="00321A0C">
      <w:pPr>
        <w:spacing w:line="240" w:lineRule="auto"/>
        <w:rPr>
          <w:rFonts w:ascii="Aptos Display" w:hAnsi="Aptos Display"/>
          <w:sz w:val="28"/>
          <w:szCs w:val="28"/>
        </w:rPr>
      </w:pPr>
      <w:r w:rsidRPr="008F700F">
        <w:rPr>
          <w:rFonts w:ascii="Aptos Display" w:hAnsi="Aptos Display"/>
          <w:sz w:val="28"/>
          <w:szCs w:val="28"/>
        </w:rPr>
        <w:t>"</w:t>
      </w:r>
      <w:r w:rsidRPr="008F700F">
        <w:rPr>
          <w:rFonts w:ascii="Aptos Display" w:hAnsi="Aptos Display"/>
          <w:b/>
          <w:bCs/>
          <w:sz w:val="28"/>
          <w:szCs w:val="28"/>
        </w:rPr>
        <w:t xml:space="preserve">In addition, some patients may be reluctant </w:t>
      </w:r>
      <w:r w:rsidR="00321A0C" w:rsidRPr="008F700F">
        <w:rPr>
          <w:rFonts w:ascii="Aptos Display" w:hAnsi="Aptos Display"/>
          <w:b/>
          <w:bCs/>
          <w:sz w:val="28"/>
          <w:szCs w:val="28"/>
        </w:rPr>
        <w:t>on X-ray</w:t>
      </w:r>
      <w:r w:rsidR="00805177" w:rsidRPr="008F700F">
        <w:rPr>
          <w:rFonts w:ascii="Aptos Display" w:hAnsi="Aptos Display"/>
          <w:b/>
          <w:bCs/>
          <w:sz w:val="28"/>
          <w:szCs w:val="28"/>
        </w:rPr>
        <w:t>s</w:t>
      </w:r>
      <w:r w:rsidRPr="008F700F">
        <w:rPr>
          <w:rFonts w:ascii="Aptos Display" w:hAnsi="Aptos Display"/>
          <w:sz w:val="28"/>
          <w:szCs w:val="28"/>
        </w:rPr>
        <w:t>.</w:t>
      </w:r>
      <w:r w:rsidR="00805177" w:rsidRPr="008F700F">
        <w:rPr>
          <w:rFonts w:ascii="Aptos Display" w:hAnsi="Aptos Display"/>
          <w:sz w:val="28"/>
          <w:szCs w:val="28"/>
        </w:rPr>
        <w:t xml:space="preserve"> </w:t>
      </w:r>
      <w:r w:rsidR="00321A0C" w:rsidRPr="008F700F">
        <w:rPr>
          <w:rFonts w:ascii="Aptos Display" w:hAnsi="Aptos Display"/>
          <w:sz w:val="28"/>
          <w:szCs w:val="28"/>
        </w:rPr>
        <w:t>This may include radiation-conscious patients, pregnant women, parents of young children, or simply patients who feel more comfortable seeing and understanding a realistic 3D model of their own teeth."</w:t>
      </w:r>
    </w:p>
    <w:p w14:paraId="359F6C39" w14:textId="77777777" w:rsidR="00482C6F" w:rsidRPr="008F700F" w:rsidRDefault="00482C6F" w:rsidP="00482C6F">
      <w:pPr>
        <w:spacing w:line="240" w:lineRule="auto"/>
        <w:rPr>
          <w:rFonts w:ascii="Aptos Display" w:hAnsi="Aptos Display"/>
          <w:sz w:val="28"/>
          <w:szCs w:val="28"/>
        </w:rPr>
      </w:pPr>
      <w:r w:rsidRPr="008F700F">
        <w:rPr>
          <w:rFonts w:ascii="Aptos Display" w:hAnsi="Aptos Display"/>
          <w:sz w:val="28"/>
          <w:szCs w:val="28"/>
        </w:rPr>
        <w:t xml:space="preserve">Radiographs help you diagnose; </w:t>
      </w:r>
      <w:r w:rsidRPr="008F700F">
        <w:rPr>
          <w:rFonts w:ascii="Aptos Display" w:hAnsi="Aptos Display"/>
          <w:b/>
          <w:bCs/>
          <w:color w:val="F79646" w:themeColor="accent6"/>
          <w:sz w:val="28"/>
          <w:szCs w:val="28"/>
        </w:rPr>
        <w:t xml:space="preserve">AVA helps patients understand, trust, and accept </w:t>
      </w:r>
      <w:r w:rsidRPr="008F700F">
        <w:rPr>
          <w:rFonts w:ascii="Aptos Display" w:hAnsi="Aptos Display"/>
          <w:sz w:val="28"/>
          <w:szCs w:val="28"/>
        </w:rPr>
        <w:t>treatment.</w:t>
      </w:r>
    </w:p>
    <w:p w14:paraId="4410B05D" w14:textId="6E54DA6F" w:rsidR="00DF63CF" w:rsidRPr="008F700F" w:rsidRDefault="00DF63CF" w:rsidP="005C2AA9">
      <w:pPr>
        <w:spacing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lastRenderedPageBreak/>
        <w:t xml:space="preserve">Objection – </w:t>
      </w:r>
      <w:r w:rsidR="00F65687" w:rsidRPr="008F700F">
        <w:rPr>
          <w:rFonts w:ascii="Aptos Display" w:hAnsi="Aptos Display"/>
          <w:b/>
          <w:bCs/>
          <w:color w:val="F79646" w:themeColor="accent6"/>
          <w:sz w:val="36"/>
          <w:szCs w:val="36"/>
        </w:rPr>
        <w:t>"I already use AI for detection with Pearl, Overjet or another AI radiograph software."</w:t>
      </w:r>
    </w:p>
    <w:p w14:paraId="154A7A8C" w14:textId="6103F745" w:rsidR="00321390" w:rsidRPr="008F700F" w:rsidRDefault="00321390" w:rsidP="00321390">
      <w:pPr>
        <w:spacing w:line="240" w:lineRule="auto"/>
        <w:rPr>
          <w:rFonts w:ascii="Aptos Display" w:hAnsi="Aptos Display"/>
          <w:b/>
          <w:bCs/>
          <w:sz w:val="28"/>
          <w:szCs w:val="28"/>
        </w:rPr>
      </w:pPr>
      <w:r w:rsidRPr="008F700F">
        <w:rPr>
          <w:rFonts w:ascii="Aptos Display" w:hAnsi="Aptos Display"/>
          <w:b/>
          <w:bCs/>
          <w:sz w:val="28"/>
          <w:szCs w:val="28"/>
        </w:rPr>
        <w:t xml:space="preserve">Dentist: </w:t>
      </w:r>
      <w:r w:rsidRPr="008F700F">
        <w:rPr>
          <w:rFonts w:ascii="Aptos Display" w:hAnsi="Aptos Display"/>
          <w:sz w:val="28"/>
          <w:szCs w:val="28"/>
        </w:rPr>
        <w:t>"I already use AI for detection with Pearl, Overjet or another AI radiograph software."</w:t>
      </w:r>
    </w:p>
    <w:p w14:paraId="4F19A855" w14:textId="0E99F0E2" w:rsidR="00CB5D35" w:rsidRPr="008F700F" w:rsidRDefault="008D0768" w:rsidP="00012D96">
      <w:pPr>
        <w:spacing w:line="240" w:lineRule="auto"/>
        <w:rPr>
          <w:rFonts w:ascii="Aptos Display" w:hAnsi="Aptos Display"/>
          <w:sz w:val="28"/>
          <w:szCs w:val="28"/>
        </w:rPr>
      </w:pPr>
      <w:r w:rsidRPr="008F700F">
        <w:rPr>
          <w:rFonts w:ascii="Aptos Display" w:hAnsi="Aptos Display"/>
          <w:b/>
          <w:bCs/>
          <w:sz w:val="28"/>
          <w:szCs w:val="28"/>
        </w:rPr>
        <w:t xml:space="preserve">You: </w:t>
      </w:r>
      <w:r w:rsidR="00012D96" w:rsidRPr="008F700F">
        <w:rPr>
          <w:rFonts w:ascii="Aptos Display" w:hAnsi="Aptos Display"/>
          <w:sz w:val="28"/>
          <w:szCs w:val="28"/>
        </w:rPr>
        <w:t xml:space="preserve">"That's great. Pearl and Overjet are excellent tools designed to help dentists identify potential findings on radiographs. However, they are primarily designed for the clinician. </w:t>
      </w:r>
      <w:r w:rsidR="00012D96" w:rsidRPr="008F700F">
        <w:rPr>
          <w:rFonts w:ascii="Aptos Display" w:hAnsi="Aptos Display"/>
          <w:b/>
          <w:bCs/>
          <w:color w:val="F79646" w:themeColor="accent6"/>
          <w:sz w:val="28"/>
          <w:szCs w:val="28"/>
        </w:rPr>
        <w:t>AVA was designed for the patient."</w:t>
      </w:r>
    </w:p>
    <w:p w14:paraId="6EFCE589" w14:textId="77777777" w:rsidR="000D09E7" w:rsidRPr="008F700F" w:rsidRDefault="000D09E7" w:rsidP="000D09E7">
      <w:pPr>
        <w:spacing w:line="240" w:lineRule="auto"/>
        <w:rPr>
          <w:rFonts w:ascii="Aptos Display" w:hAnsi="Aptos Display"/>
          <w:sz w:val="28"/>
          <w:szCs w:val="28"/>
        </w:rPr>
      </w:pPr>
      <w:r w:rsidRPr="008F700F">
        <w:rPr>
          <w:rFonts w:ascii="Aptos Display" w:hAnsi="Aptos Display"/>
          <w:sz w:val="28"/>
          <w:szCs w:val="28"/>
        </w:rPr>
        <w:t xml:space="preserve">"Even when AI highlights a finding on a radiograph, patients still need to understand what it means and why treatment is recommended. Most patients immediately understand a realistic 3D representation of their own teeth, while very few can confidently interpret a radiograph. </w:t>
      </w:r>
      <w:r w:rsidRPr="008F700F">
        <w:rPr>
          <w:rFonts w:ascii="Aptos Display" w:hAnsi="Aptos Display"/>
          <w:b/>
          <w:bCs/>
          <w:color w:val="F79646" w:themeColor="accent6"/>
          <w:sz w:val="28"/>
          <w:szCs w:val="28"/>
        </w:rPr>
        <w:t>AVA transforms clinical findings into a visual conversation that patients can easily understand."</w:t>
      </w:r>
    </w:p>
    <w:p w14:paraId="6D73A553" w14:textId="06EAA1C4" w:rsidR="005C2AA9" w:rsidRPr="008F700F" w:rsidRDefault="00A11432" w:rsidP="005C2AA9">
      <w:pPr>
        <w:spacing w:line="240" w:lineRule="auto"/>
        <w:rPr>
          <w:rFonts w:ascii="Aptos Display" w:hAnsi="Aptos Display"/>
          <w:sz w:val="28"/>
          <w:szCs w:val="28"/>
        </w:rPr>
      </w:pPr>
      <w:r w:rsidRPr="008F700F">
        <w:rPr>
          <w:rFonts w:ascii="Aptos Display" w:hAnsi="Aptos Display"/>
          <w:sz w:val="28"/>
          <w:szCs w:val="28"/>
        </w:rPr>
        <w:t xml:space="preserve">Pearl, Overjet or another AI radiograph software </w:t>
      </w:r>
      <w:r w:rsidR="005C2AA9" w:rsidRPr="008F700F">
        <w:rPr>
          <w:rFonts w:ascii="Aptos Display" w:hAnsi="Aptos Display"/>
          <w:sz w:val="28"/>
          <w:szCs w:val="28"/>
        </w:rPr>
        <w:t>help</w:t>
      </w:r>
      <w:r w:rsidRPr="008F700F">
        <w:rPr>
          <w:rFonts w:ascii="Aptos Display" w:hAnsi="Aptos Display"/>
          <w:sz w:val="28"/>
          <w:szCs w:val="28"/>
        </w:rPr>
        <w:t>s</w:t>
      </w:r>
      <w:r w:rsidR="005C2AA9" w:rsidRPr="008F700F">
        <w:rPr>
          <w:rFonts w:ascii="Aptos Display" w:hAnsi="Aptos Display"/>
          <w:sz w:val="28"/>
          <w:szCs w:val="28"/>
        </w:rPr>
        <w:t xml:space="preserve"> dentists see more.</w:t>
      </w:r>
      <w:r w:rsidR="00621F07" w:rsidRPr="008F700F">
        <w:rPr>
          <w:rFonts w:ascii="Aptos Display" w:hAnsi="Aptos Display"/>
          <w:sz w:val="28"/>
          <w:szCs w:val="28"/>
        </w:rPr>
        <w:t xml:space="preserve"> </w:t>
      </w:r>
      <w:r w:rsidR="005C2AA9" w:rsidRPr="008F700F">
        <w:rPr>
          <w:rFonts w:ascii="Aptos Display" w:hAnsi="Aptos Display"/>
          <w:b/>
          <w:bCs/>
          <w:color w:val="F79646" w:themeColor="accent6"/>
          <w:sz w:val="28"/>
          <w:szCs w:val="28"/>
        </w:rPr>
        <w:t>AVA helps patients understand more.</w:t>
      </w:r>
    </w:p>
    <w:p w14:paraId="4B177C10" w14:textId="77777777" w:rsidR="00433073" w:rsidRPr="008F700F" w:rsidRDefault="00433073" w:rsidP="00433073">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"Can I do this with my IOS?"</w:t>
      </w:r>
    </w:p>
    <w:p w14:paraId="5EFF4CB3" w14:textId="77777777" w:rsidR="00433073" w:rsidRPr="008F700F" w:rsidRDefault="00433073" w:rsidP="00433073">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"Can I do this with my existing scanner?"</w:t>
      </w:r>
    </w:p>
    <w:p w14:paraId="032E5589" w14:textId="77777777" w:rsidR="00433073" w:rsidRPr="008F700F" w:rsidRDefault="00433073" w:rsidP="00433073">
      <w:pPr>
        <w:rPr>
          <w:rFonts w:ascii="Aptos Display" w:hAnsi="Aptos Display"/>
          <w:sz w:val="28"/>
          <w:szCs w:val="28"/>
        </w:rPr>
      </w:pPr>
      <w:r w:rsidRPr="008F700F">
        <w:rPr>
          <w:rFonts w:ascii="Aptos Display" w:hAnsi="Aptos Display"/>
          <w:b/>
          <w:bCs/>
          <w:sz w:val="28"/>
          <w:szCs w:val="28"/>
        </w:rPr>
        <w:t xml:space="preserve">You: </w:t>
      </w:r>
      <w:r w:rsidRPr="008F700F">
        <w:rPr>
          <w:rFonts w:ascii="Aptos Display" w:hAnsi="Aptos Display"/>
          <w:sz w:val="28"/>
          <w:szCs w:val="28"/>
        </w:rPr>
        <w:t xml:space="preserve">No.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is not designed to work with third-party intraoral scanners.</w:t>
      </w:r>
    </w:p>
    <w:p w14:paraId="23940877" w14:textId="77777777" w:rsidR="00433073" w:rsidRPr="008F700F" w:rsidRDefault="00433073" w:rsidP="00433073">
      <w:pPr>
        <w:spacing w:line="240" w:lineRule="auto"/>
        <w:rPr>
          <w:rFonts w:ascii="Aptos Display" w:hAnsi="Aptos Display"/>
          <w:sz w:val="28"/>
          <w:szCs w:val="28"/>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combines several proprietary &amp; patented pending technologies that have been specifically developed and optimized to work together, including image acquisition, 2D-3D visualization, AI processing, and the patient communication workflow.</w:t>
      </w:r>
    </w:p>
    <w:p w14:paraId="496AC0A5" w14:textId="0697D9B1" w:rsidR="007B7730" w:rsidRPr="008F700F" w:rsidRDefault="007B7730" w:rsidP="007C62C8">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AI &amp; C</w:t>
      </w:r>
      <w:r w:rsidR="003E5D75" w:rsidRPr="008F700F">
        <w:rPr>
          <w:rFonts w:ascii="Aptos Display" w:hAnsi="Aptos Display"/>
          <w:color w:val="000000" w:themeColor="text1"/>
          <w:sz w:val="48"/>
          <w:szCs w:val="48"/>
        </w:rPr>
        <w:t>linical Validation</w:t>
      </w:r>
    </w:p>
    <w:p w14:paraId="1F6D561B"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"AI is not always right"</w:t>
      </w:r>
    </w:p>
    <w:p w14:paraId="408D0D52"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don't trust AI 100%."</w:t>
      </w:r>
    </w:p>
    <w:p w14:paraId="30D9D4CB" w14:textId="39C72BBD"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You:</w:t>
      </w:r>
      <w:r w:rsidR="00D702ED" w:rsidRPr="008F700F">
        <w:rPr>
          <w:rFonts w:ascii="Aptos Display" w:hAnsi="Aptos Display"/>
          <w:b/>
          <w:bCs/>
          <w:sz w:val="28"/>
          <w:szCs w:val="28"/>
        </w:rPr>
        <w:t xml:space="preserve"> </w:t>
      </w:r>
      <w:r w:rsidRPr="008F700F">
        <w:rPr>
          <w:rFonts w:ascii="Aptos Display" w:hAnsi="Aptos Display"/>
          <w:sz w:val="28"/>
          <w:szCs w:val="28"/>
        </w:rPr>
        <w:t xml:space="preserve">"Neither do we. That's why every finding remains under the dentist's control.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assists. </w:t>
      </w:r>
      <w:r w:rsidRPr="008F700F">
        <w:rPr>
          <w:rFonts w:ascii="Aptos Display" w:hAnsi="Aptos Display"/>
          <w:b/>
          <w:bCs/>
          <w:color w:val="F79646" w:themeColor="accent6"/>
          <w:sz w:val="28"/>
          <w:szCs w:val="28"/>
        </w:rPr>
        <w:t>The dentist decides</w:t>
      </w:r>
      <w:r w:rsidRPr="008F700F">
        <w:rPr>
          <w:rFonts w:ascii="Aptos Display" w:hAnsi="Aptos Display"/>
          <w:sz w:val="28"/>
          <w:szCs w:val="28"/>
        </w:rPr>
        <w:t>."</w:t>
      </w:r>
    </w:p>
    <w:p w14:paraId="127EB70E" w14:textId="13EB9262" w:rsidR="001301FD" w:rsidRPr="008F700F" w:rsidRDefault="001301FD" w:rsidP="001301FD">
      <w:pPr>
        <w:spacing w:line="240" w:lineRule="auto"/>
        <w:rPr>
          <w:rFonts w:ascii="Aptos Display" w:hAnsi="Aptos Display"/>
          <w:sz w:val="28"/>
          <w:szCs w:val="28"/>
        </w:rPr>
      </w:pPr>
      <w:r w:rsidRPr="008F700F">
        <w:rPr>
          <w:rFonts w:ascii="Aptos Display" w:hAnsi="Aptos Display"/>
          <w:sz w:val="28"/>
          <w:szCs w:val="28"/>
        </w:rPr>
        <w:t>"</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has been trained and validated on </w:t>
      </w:r>
      <w:r w:rsidR="00D75DD1" w:rsidRPr="008F700F">
        <w:rPr>
          <w:rFonts w:ascii="Aptos Display" w:hAnsi="Aptos Display"/>
          <w:sz w:val="28"/>
          <w:szCs w:val="28"/>
        </w:rPr>
        <w:t>more than 100 000 of</w:t>
      </w:r>
      <w:r w:rsidRPr="008F700F">
        <w:rPr>
          <w:rFonts w:ascii="Aptos Display" w:hAnsi="Aptos Display"/>
          <w:sz w:val="28"/>
          <w:szCs w:val="28"/>
        </w:rPr>
        <w:t xml:space="preserve"> annotated clinical cases and continues to improve with every new development cycle.</w:t>
      </w:r>
    </w:p>
    <w:p w14:paraId="22413EB9" w14:textId="77777777" w:rsidR="001301FD" w:rsidRPr="008F700F" w:rsidRDefault="001301FD" w:rsidP="001301FD">
      <w:pPr>
        <w:spacing w:line="240" w:lineRule="auto"/>
        <w:rPr>
          <w:rFonts w:ascii="Aptos Display" w:hAnsi="Aptos Display"/>
          <w:sz w:val="28"/>
          <w:szCs w:val="28"/>
        </w:rPr>
      </w:pPr>
      <w:r w:rsidRPr="008F700F">
        <w:rPr>
          <w:rFonts w:ascii="Aptos Display" w:hAnsi="Aptos Display"/>
          <w:sz w:val="28"/>
          <w:szCs w:val="28"/>
        </w:rPr>
        <w:t xml:space="preserve">Today,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achieves reliability levels above 90% and continues to improve month after month as additional data and validations are incorporated.</w:t>
      </w:r>
    </w:p>
    <w:p w14:paraId="06C8EE77" w14:textId="2737852C" w:rsidR="001301FD" w:rsidRPr="008F700F" w:rsidRDefault="001301FD" w:rsidP="00D05414">
      <w:pPr>
        <w:spacing w:line="240" w:lineRule="auto"/>
        <w:rPr>
          <w:rFonts w:ascii="Aptos Display" w:hAnsi="Aptos Display"/>
          <w:sz w:val="28"/>
          <w:szCs w:val="28"/>
        </w:rPr>
      </w:pPr>
      <w:r w:rsidRPr="008F700F">
        <w:rPr>
          <w:rFonts w:ascii="Aptos Display" w:hAnsi="Aptos Display"/>
          <w:sz w:val="28"/>
          <w:szCs w:val="28"/>
        </w:rPr>
        <w:lastRenderedPageBreak/>
        <w:t xml:space="preserve">Most importantly,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is a clinical support tool. Every finding is reviewed and validated by the dentist before being presented to the patient, ensuring that the clinician always remains in control of the final diagnosis and treatment recommendation."</w:t>
      </w:r>
    </w:p>
    <w:p w14:paraId="2FC5417F"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"AI can make mistakes"</w:t>
      </w:r>
    </w:p>
    <w:p w14:paraId="3D6E5F22"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"AI can make mistakes."</w:t>
      </w:r>
    </w:p>
    <w:p w14:paraId="30F505A2" w14:textId="64D371C0"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You:</w:t>
      </w:r>
      <w:r w:rsidR="00C05A05" w:rsidRPr="008F700F">
        <w:rPr>
          <w:rFonts w:ascii="Aptos Display" w:hAnsi="Aptos Display"/>
          <w:b/>
          <w:bCs/>
          <w:sz w:val="28"/>
          <w:szCs w:val="28"/>
        </w:rPr>
        <w:t xml:space="preserve"> </w:t>
      </w:r>
      <w:r w:rsidRPr="008F700F">
        <w:rPr>
          <w:rFonts w:ascii="Aptos Display" w:hAnsi="Aptos Display"/>
          <w:sz w:val="28"/>
          <w:szCs w:val="28"/>
        </w:rPr>
        <w:t xml:space="preserve">"Absolutely. Every clinical tool has limitations.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supports clinical decisions but never replaces professional judgment."</w:t>
      </w:r>
    </w:p>
    <w:p w14:paraId="2FC44D66" w14:textId="77777777" w:rsidR="00056D82" w:rsidRPr="008F700F" w:rsidRDefault="00056D82" w:rsidP="00056D82">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"It doesn't detect enough conditions"</w:t>
      </w:r>
    </w:p>
    <w:p w14:paraId="07DB02FB" w14:textId="26268706"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w:t>
      </w:r>
      <w:r w:rsidR="00513CB5" w:rsidRPr="008F700F">
        <w:rPr>
          <w:rFonts w:ascii="Aptos Display" w:hAnsi="Aptos Display"/>
          <w:sz w:val="28"/>
          <w:szCs w:val="28"/>
        </w:rPr>
        <w:t>"It doesn't detect enough conditions for my practice.</w:t>
      </w:r>
    </w:p>
    <w:p w14:paraId="089DB287" w14:textId="408E1774" w:rsidR="002B1372" w:rsidRPr="008F700F" w:rsidRDefault="007B7730" w:rsidP="002B1372">
      <w:pPr>
        <w:spacing w:line="240" w:lineRule="auto"/>
        <w:rPr>
          <w:rFonts w:ascii="Aptos Display" w:hAnsi="Aptos Display"/>
          <w:sz w:val="28"/>
          <w:szCs w:val="28"/>
        </w:rPr>
      </w:pPr>
      <w:r w:rsidRPr="008F700F">
        <w:rPr>
          <w:rFonts w:ascii="Aptos Display" w:hAnsi="Aptos Display"/>
          <w:b/>
          <w:bCs/>
          <w:sz w:val="28"/>
          <w:szCs w:val="28"/>
        </w:rPr>
        <w:t>You:</w:t>
      </w:r>
      <w:r w:rsidR="00A57C56" w:rsidRPr="008F700F">
        <w:rPr>
          <w:rFonts w:ascii="Aptos Display" w:hAnsi="Aptos Display"/>
          <w:b/>
          <w:bCs/>
          <w:sz w:val="28"/>
          <w:szCs w:val="28"/>
        </w:rPr>
        <w:t xml:space="preserve"> </w:t>
      </w:r>
      <w:r w:rsidR="00513CB5" w:rsidRPr="008F700F">
        <w:rPr>
          <w:rFonts w:ascii="Aptos Display" w:hAnsi="Aptos Display"/>
          <w:sz w:val="28"/>
          <w:szCs w:val="28"/>
        </w:rPr>
        <w:t>"</w:t>
      </w:r>
      <w:r w:rsidR="00513CB5" w:rsidRPr="008F700F">
        <w:rPr>
          <w:rFonts w:ascii="Aptos Display" w:hAnsi="Aptos Display"/>
          <w:b/>
          <w:bCs/>
          <w:color w:val="F79646" w:themeColor="accent6"/>
          <w:sz w:val="28"/>
          <w:szCs w:val="28"/>
        </w:rPr>
        <w:t>AVA</w:t>
      </w:r>
      <w:r w:rsidR="00513CB5" w:rsidRPr="008F700F">
        <w:rPr>
          <w:rFonts w:ascii="Aptos Display" w:hAnsi="Aptos Display"/>
          <w:sz w:val="28"/>
          <w:szCs w:val="28"/>
        </w:rPr>
        <w:t xml:space="preserve"> was intentionally designed to focus first on the findings that dentists encounter most frequently every day and that have the greatest impact on patient communication and treatment acceptance.</w:t>
      </w:r>
    </w:p>
    <w:p w14:paraId="55B4AE5C" w14:textId="013C1462" w:rsidR="002B1372" w:rsidRPr="008F700F" w:rsidRDefault="002B1372" w:rsidP="002B1372">
      <w:pPr>
        <w:pStyle w:val="Paragraphedeliste"/>
        <w:numPr>
          <w:ilvl w:val="0"/>
          <w:numId w:val="20"/>
        </w:numPr>
        <w:spacing w:line="240" w:lineRule="auto"/>
        <w:rPr>
          <w:rFonts w:ascii="Aptos Display" w:hAnsi="Aptos Display"/>
          <w:sz w:val="28"/>
          <w:szCs w:val="28"/>
        </w:rPr>
      </w:pPr>
      <w:r w:rsidRPr="008F700F">
        <w:rPr>
          <w:rFonts w:ascii="Aptos Display" w:hAnsi="Aptos Display"/>
          <w:sz w:val="28"/>
          <w:szCs w:val="28"/>
        </w:rPr>
        <w:t>Caries</w:t>
      </w:r>
    </w:p>
    <w:p w14:paraId="0F91EF38" w14:textId="181C8C05" w:rsidR="002B1372" w:rsidRPr="008F700F" w:rsidRDefault="002B1372" w:rsidP="002B1372">
      <w:pPr>
        <w:pStyle w:val="Paragraphedeliste"/>
        <w:numPr>
          <w:ilvl w:val="0"/>
          <w:numId w:val="20"/>
        </w:numPr>
        <w:spacing w:line="240" w:lineRule="auto"/>
        <w:rPr>
          <w:rFonts w:ascii="Aptos Display" w:hAnsi="Aptos Display"/>
          <w:sz w:val="28"/>
          <w:szCs w:val="28"/>
        </w:rPr>
      </w:pPr>
      <w:r w:rsidRPr="008F700F">
        <w:rPr>
          <w:rFonts w:ascii="Aptos Display" w:hAnsi="Aptos Display"/>
          <w:sz w:val="28"/>
          <w:szCs w:val="28"/>
        </w:rPr>
        <w:t>Tartar</w:t>
      </w:r>
    </w:p>
    <w:p w14:paraId="6C92EB1E" w14:textId="54E1BB6D" w:rsidR="002B1372" w:rsidRPr="008F700F" w:rsidRDefault="002B1372" w:rsidP="002B1372">
      <w:pPr>
        <w:pStyle w:val="Paragraphedeliste"/>
        <w:numPr>
          <w:ilvl w:val="0"/>
          <w:numId w:val="20"/>
        </w:numPr>
        <w:spacing w:line="240" w:lineRule="auto"/>
        <w:rPr>
          <w:rFonts w:ascii="Aptos Display" w:hAnsi="Aptos Display"/>
          <w:sz w:val="28"/>
          <w:szCs w:val="28"/>
        </w:rPr>
      </w:pPr>
      <w:r w:rsidRPr="008F700F">
        <w:rPr>
          <w:rFonts w:ascii="Aptos Display" w:hAnsi="Aptos Display"/>
          <w:sz w:val="28"/>
          <w:szCs w:val="28"/>
        </w:rPr>
        <w:t>Composite restorations</w:t>
      </w:r>
    </w:p>
    <w:p w14:paraId="5B52CB71" w14:textId="1981A67F" w:rsidR="002B1372" w:rsidRPr="008F700F" w:rsidRDefault="002B1372" w:rsidP="002B1372">
      <w:pPr>
        <w:pStyle w:val="Paragraphedeliste"/>
        <w:numPr>
          <w:ilvl w:val="0"/>
          <w:numId w:val="20"/>
        </w:numPr>
        <w:spacing w:line="240" w:lineRule="auto"/>
        <w:rPr>
          <w:rFonts w:ascii="Aptos Display" w:hAnsi="Aptos Display"/>
          <w:sz w:val="28"/>
          <w:szCs w:val="28"/>
        </w:rPr>
      </w:pPr>
      <w:r w:rsidRPr="008F700F">
        <w:rPr>
          <w:rFonts w:ascii="Aptos Display" w:hAnsi="Aptos Display"/>
          <w:sz w:val="28"/>
          <w:szCs w:val="28"/>
        </w:rPr>
        <w:t>Amalgam restorations</w:t>
      </w:r>
    </w:p>
    <w:p w14:paraId="2CCCE241" w14:textId="0120C281" w:rsidR="002B1372" w:rsidRPr="008F700F" w:rsidRDefault="002B1372" w:rsidP="002B1372">
      <w:pPr>
        <w:pStyle w:val="Paragraphedeliste"/>
        <w:numPr>
          <w:ilvl w:val="0"/>
          <w:numId w:val="20"/>
        </w:numPr>
        <w:spacing w:line="240" w:lineRule="auto"/>
        <w:rPr>
          <w:rFonts w:ascii="Aptos Display" w:hAnsi="Aptos Display"/>
          <w:sz w:val="28"/>
          <w:szCs w:val="28"/>
        </w:rPr>
      </w:pPr>
      <w:r w:rsidRPr="008F700F">
        <w:rPr>
          <w:rFonts w:ascii="Aptos Display" w:hAnsi="Aptos Display"/>
          <w:sz w:val="28"/>
          <w:szCs w:val="28"/>
        </w:rPr>
        <w:t>Broken teeth</w:t>
      </w:r>
    </w:p>
    <w:p w14:paraId="4D378D04" w14:textId="4D608E15" w:rsidR="007B7730" w:rsidRPr="008F700F" w:rsidRDefault="002B1372" w:rsidP="002B1372">
      <w:pPr>
        <w:spacing w:line="240" w:lineRule="auto"/>
        <w:rPr>
          <w:rFonts w:ascii="Aptos Display" w:hAnsi="Aptos Display"/>
          <w:sz w:val="28"/>
          <w:szCs w:val="28"/>
        </w:rPr>
      </w:pPr>
      <w:r w:rsidRPr="008F700F">
        <w:rPr>
          <w:rFonts w:ascii="Aptos Display" w:hAnsi="Aptos Display"/>
          <w:b/>
          <w:bCs/>
          <w:color w:val="F79646" w:themeColor="accent6"/>
          <w:sz w:val="28"/>
          <w:szCs w:val="28"/>
        </w:rPr>
        <w:t>3DISC’s R&amp;D teams</w:t>
      </w:r>
      <w:r w:rsidRPr="008F700F">
        <w:rPr>
          <w:rFonts w:ascii="Aptos Display" w:hAnsi="Aptos Display"/>
          <w:color w:val="F79646" w:themeColor="accent6"/>
          <w:sz w:val="28"/>
          <w:szCs w:val="28"/>
        </w:rPr>
        <w:t xml:space="preserve"> </w:t>
      </w:r>
      <w:r w:rsidRPr="008F700F">
        <w:rPr>
          <w:rFonts w:ascii="Aptos Display" w:hAnsi="Aptos Display"/>
          <w:sz w:val="28"/>
          <w:szCs w:val="28"/>
        </w:rPr>
        <w:t xml:space="preserve">are actively working on expanding </w:t>
      </w:r>
      <w:r w:rsidRPr="008F700F">
        <w:rPr>
          <w:rFonts w:ascii="Aptos Display" w:hAnsi="Aptos Display"/>
          <w:b/>
          <w:bCs/>
          <w:color w:val="F79646" w:themeColor="accent6"/>
          <w:sz w:val="28"/>
          <w:szCs w:val="28"/>
        </w:rPr>
        <w:t>AVA</w:t>
      </w:r>
      <w:r w:rsidRPr="008F700F">
        <w:rPr>
          <w:rFonts w:ascii="Aptos Display" w:hAnsi="Aptos Display"/>
          <w:sz w:val="28"/>
          <w:szCs w:val="28"/>
        </w:rPr>
        <w:t>'s capabilities. New findings and pathologies will be continuously added through future software updates, allowing the platform to become even more valuable over time."</w:t>
      </w:r>
    </w:p>
    <w:p w14:paraId="461DD27D" w14:textId="77777777" w:rsidR="002B7753" w:rsidRPr="008F700F" w:rsidRDefault="002B7753" w:rsidP="002B7753">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can't rely on AI to catch everything"</w:t>
      </w:r>
    </w:p>
    <w:p w14:paraId="711021E1" w14:textId="1A1F2CEC"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w:t>
      </w:r>
      <w:r w:rsidR="00187F54" w:rsidRPr="008F700F">
        <w:rPr>
          <w:rFonts w:ascii="Aptos Display" w:hAnsi="Aptos Display"/>
          <w:sz w:val="28"/>
          <w:szCs w:val="28"/>
        </w:rPr>
        <w:t>"I can't rely on AI to catch everything."</w:t>
      </w:r>
    </w:p>
    <w:p w14:paraId="5919ACE9" w14:textId="1C07B8A4" w:rsidR="00341BA0" w:rsidRPr="008F700F" w:rsidRDefault="007B7730" w:rsidP="00341BA0">
      <w:pPr>
        <w:spacing w:line="240" w:lineRule="auto"/>
        <w:rPr>
          <w:rFonts w:ascii="Aptos Display" w:hAnsi="Aptos Display"/>
          <w:sz w:val="28"/>
          <w:szCs w:val="28"/>
        </w:rPr>
      </w:pPr>
      <w:r w:rsidRPr="008F700F">
        <w:rPr>
          <w:rFonts w:ascii="Aptos Display" w:hAnsi="Aptos Display"/>
          <w:b/>
          <w:bCs/>
          <w:sz w:val="28"/>
          <w:szCs w:val="28"/>
        </w:rPr>
        <w:t>You:</w:t>
      </w:r>
      <w:r w:rsidR="00E85223" w:rsidRPr="008F700F">
        <w:rPr>
          <w:rFonts w:ascii="Aptos Display" w:hAnsi="Aptos Display"/>
          <w:b/>
          <w:bCs/>
          <w:sz w:val="28"/>
          <w:szCs w:val="28"/>
        </w:rPr>
        <w:t xml:space="preserve"> </w:t>
      </w:r>
      <w:r w:rsidR="00341BA0" w:rsidRPr="008F700F">
        <w:rPr>
          <w:rFonts w:ascii="Aptos Display" w:hAnsi="Aptos Display"/>
          <w:sz w:val="28"/>
          <w:szCs w:val="28"/>
        </w:rPr>
        <w:t xml:space="preserve">"If </w:t>
      </w:r>
      <w:r w:rsidR="00341BA0" w:rsidRPr="008F700F">
        <w:rPr>
          <w:rFonts w:ascii="Aptos Display" w:hAnsi="Aptos Display"/>
          <w:b/>
          <w:bCs/>
          <w:color w:val="F79646" w:themeColor="accent6"/>
          <w:sz w:val="28"/>
          <w:szCs w:val="28"/>
        </w:rPr>
        <w:t>AVA</w:t>
      </w:r>
      <w:r w:rsidR="00341BA0" w:rsidRPr="008F700F">
        <w:rPr>
          <w:rFonts w:ascii="Aptos Display" w:hAnsi="Aptos Display"/>
          <w:color w:val="F79646" w:themeColor="accent6"/>
          <w:sz w:val="28"/>
          <w:szCs w:val="28"/>
        </w:rPr>
        <w:t xml:space="preserve"> </w:t>
      </w:r>
      <w:r w:rsidR="00341BA0" w:rsidRPr="008F700F">
        <w:rPr>
          <w:rFonts w:ascii="Aptos Display" w:hAnsi="Aptos Display"/>
          <w:sz w:val="28"/>
          <w:szCs w:val="28"/>
        </w:rPr>
        <w:t xml:space="preserve">misses a finding, the dentist can simply add it manually. </w:t>
      </w:r>
      <w:r w:rsidR="00341BA0" w:rsidRPr="008F700F">
        <w:rPr>
          <w:rFonts w:ascii="Aptos Display" w:hAnsi="Aptos Display"/>
          <w:b/>
          <w:bCs/>
          <w:color w:val="F79646" w:themeColor="accent6"/>
          <w:sz w:val="28"/>
          <w:szCs w:val="28"/>
        </w:rPr>
        <w:t>AVA</w:t>
      </w:r>
      <w:r w:rsidR="00341BA0" w:rsidRPr="008F700F">
        <w:rPr>
          <w:rFonts w:ascii="Aptos Display" w:hAnsi="Aptos Display"/>
          <w:color w:val="F79646" w:themeColor="accent6"/>
          <w:sz w:val="28"/>
          <w:szCs w:val="28"/>
        </w:rPr>
        <w:t xml:space="preserve"> </w:t>
      </w:r>
      <w:r w:rsidR="00341BA0" w:rsidRPr="008F700F">
        <w:rPr>
          <w:rFonts w:ascii="Aptos Display" w:hAnsi="Aptos Display"/>
          <w:sz w:val="28"/>
          <w:szCs w:val="28"/>
        </w:rPr>
        <w:t>combines AI findings with the clinician's expertise, allowing any additional condition, such as gingivitis, inflammation, periodontal disease, or other clinical observations, to be included in the final consultation and treatment plan.</w:t>
      </w:r>
    </w:p>
    <w:p w14:paraId="35188D5E" w14:textId="490B4F3F" w:rsidR="007B7730" w:rsidRPr="008F700F" w:rsidRDefault="00341BA0" w:rsidP="00341BA0">
      <w:pPr>
        <w:spacing w:line="240" w:lineRule="auto"/>
        <w:rPr>
          <w:rFonts w:ascii="Aptos Display" w:hAnsi="Aptos Display"/>
          <w:sz w:val="28"/>
          <w:szCs w:val="28"/>
        </w:rPr>
      </w:pPr>
      <w:r w:rsidRPr="008F700F">
        <w:rPr>
          <w:rFonts w:ascii="Aptos Display" w:hAnsi="Aptos Display"/>
          <w:sz w:val="28"/>
          <w:szCs w:val="28"/>
        </w:rPr>
        <w:t>The dentist always remains in control."</w:t>
      </w:r>
    </w:p>
    <w:p w14:paraId="5A3DD2C5" w14:textId="56CAFFFF" w:rsidR="007B7730" w:rsidRPr="008F700F" w:rsidRDefault="007B7730" w:rsidP="003E5D75">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P</w:t>
      </w:r>
      <w:r w:rsidR="006D3500" w:rsidRPr="008F700F">
        <w:rPr>
          <w:rFonts w:ascii="Aptos Display" w:hAnsi="Aptos Display"/>
          <w:color w:val="000000" w:themeColor="text1"/>
          <w:sz w:val="48"/>
          <w:szCs w:val="48"/>
        </w:rPr>
        <w:t>atient Communication &amp; Trust</w:t>
      </w:r>
    </w:p>
    <w:p w14:paraId="10CBA955" w14:textId="77777777" w:rsidR="007B7730" w:rsidRPr="008F700F" w:rsidRDefault="007B7730" w:rsidP="00D05414">
      <w:pPr>
        <w:spacing w:line="240" w:lineRule="auto"/>
        <w:rPr>
          <w:rFonts w:ascii="Aptos Display" w:hAnsi="Aptos Display"/>
          <w:b/>
          <w:bCs/>
          <w:color w:val="F79646" w:themeColor="accent6"/>
          <w:sz w:val="40"/>
          <w:szCs w:val="40"/>
        </w:rPr>
      </w:pPr>
      <w:r w:rsidRPr="008F700F">
        <w:rPr>
          <w:rFonts w:ascii="Aptos Display" w:hAnsi="Aptos Display"/>
          <w:b/>
          <w:bCs/>
          <w:color w:val="F79646" w:themeColor="accent6"/>
          <w:sz w:val="40"/>
          <w:szCs w:val="40"/>
        </w:rPr>
        <w:t>Objection – "Will patients really care?"</w:t>
      </w:r>
    </w:p>
    <w:p w14:paraId="702BEC94"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lastRenderedPageBreak/>
        <w:t>Dentist:</w:t>
      </w:r>
      <w:r w:rsidRPr="008F700F">
        <w:rPr>
          <w:rFonts w:ascii="Aptos Display" w:hAnsi="Aptos Display"/>
          <w:sz w:val="28"/>
          <w:szCs w:val="28"/>
        </w:rPr>
        <w:t xml:space="preserve"> "Do patients really care?"</w:t>
      </w:r>
    </w:p>
    <w:p w14:paraId="3EE9B213" w14:textId="1C05A576" w:rsidR="00585335" w:rsidRPr="008F700F" w:rsidRDefault="007B7730" w:rsidP="00585335">
      <w:pPr>
        <w:spacing w:line="240" w:lineRule="auto"/>
        <w:rPr>
          <w:rFonts w:ascii="Aptos Display" w:hAnsi="Aptos Display"/>
          <w:sz w:val="28"/>
          <w:szCs w:val="28"/>
        </w:rPr>
      </w:pPr>
      <w:r w:rsidRPr="008F700F">
        <w:rPr>
          <w:rFonts w:ascii="Aptos Display" w:hAnsi="Aptos Display"/>
          <w:b/>
          <w:bCs/>
          <w:sz w:val="28"/>
          <w:szCs w:val="28"/>
        </w:rPr>
        <w:t>You:</w:t>
      </w:r>
      <w:r w:rsidR="00CD4D25" w:rsidRPr="008F700F">
        <w:rPr>
          <w:rFonts w:ascii="Aptos Display" w:hAnsi="Aptos Display"/>
          <w:b/>
          <w:bCs/>
          <w:sz w:val="28"/>
          <w:szCs w:val="28"/>
        </w:rPr>
        <w:t xml:space="preserve"> </w:t>
      </w:r>
      <w:r w:rsidRPr="008F700F">
        <w:rPr>
          <w:rFonts w:ascii="Aptos Display" w:hAnsi="Aptos Display"/>
          <w:sz w:val="28"/>
          <w:szCs w:val="28"/>
        </w:rPr>
        <w:t xml:space="preserve">"Patients care about understanding. </w:t>
      </w:r>
      <w:r w:rsidR="00585335" w:rsidRPr="008F700F">
        <w:rPr>
          <w:rFonts w:ascii="Aptos Display" w:hAnsi="Aptos Display"/>
          <w:sz w:val="28"/>
          <w:szCs w:val="28"/>
        </w:rPr>
        <w:t xml:space="preserve">In many cases, patients don't decline treatment because they disagree with the dentist. </w:t>
      </w:r>
      <w:r w:rsidR="00585335" w:rsidRPr="008F700F">
        <w:rPr>
          <w:rFonts w:ascii="Aptos Display" w:hAnsi="Aptos Display"/>
          <w:b/>
          <w:bCs/>
          <w:sz w:val="28"/>
          <w:szCs w:val="28"/>
        </w:rPr>
        <w:t>They decline treatment because they don't fully understand the problem or the consequences of doing nothing."</w:t>
      </w:r>
    </w:p>
    <w:p w14:paraId="2CA725EC" w14:textId="1A45D0D3" w:rsidR="00585335" w:rsidRPr="008F700F" w:rsidRDefault="00585335" w:rsidP="00585335">
      <w:pPr>
        <w:spacing w:line="240" w:lineRule="auto"/>
        <w:rPr>
          <w:rFonts w:ascii="Aptos Display" w:hAnsi="Aptos Display"/>
          <w:sz w:val="28"/>
          <w:szCs w:val="28"/>
        </w:rPr>
      </w:pPr>
      <w:r w:rsidRPr="008F700F">
        <w:rPr>
          <w:rFonts w:ascii="Aptos Display" w:hAnsi="Aptos Display"/>
          <w:sz w:val="28"/>
          <w:szCs w:val="28"/>
        </w:rPr>
        <w:t>"</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was specifically designed to improve patient understanding</w:t>
      </w:r>
      <w:r w:rsidR="00A703CD" w:rsidRPr="008F700F">
        <w:rPr>
          <w:rFonts w:ascii="Aptos Display" w:hAnsi="Aptos Display"/>
          <w:sz w:val="28"/>
          <w:szCs w:val="28"/>
        </w:rPr>
        <w:t xml:space="preserve"> u</w:t>
      </w:r>
      <w:r w:rsidRPr="008F700F">
        <w:rPr>
          <w:rFonts w:ascii="Aptos Display" w:hAnsi="Aptos Display"/>
          <w:sz w:val="28"/>
          <w:szCs w:val="28"/>
        </w:rPr>
        <w:t xml:space="preserve">sing AI-assisted identification and realistic 2D and 3D visualizations of the patient's own teeth,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transform complex clinical findings into something patients can immediately recognize and understand."</w:t>
      </w:r>
    </w:p>
    <w:p w14:paraId="3F1E19CA" w14:textId="77777777" w:rsidR="00585335" w:rsidRPr="008F700F" w:rsidRDefault="00585335" w:rsidP="00585335">
      <w:pPr>
        <w:spacing w:line="240" w:lineRule="auto"/>
        <w:rPr>
          <w:rFonts w:ascii="Aptos Display" w:hAnsi="Aptos Display"/>
          <w:b/>
          <w:bCs/>
          <w:color w:val="F79646" w:themeColor="accent6"/>
          <w:sz w:val="28"/>
          <w:szCs w:val="28"/>
        </w:rPr>
      </w:pPr>
      <w:r w:rsidRPr="008F700F">
        <w:rPr>
          <w:rFonts w:ascii="Aptos Display" w:hAnsi="Aptos Display"/>
          <w:b/>
          <w:bCs/>
          <w:color w:val="F79646" w:themeColor="accent6"/>
          <w:sz w:val="28"/>
          <w:szCs w:val="28"/>
        </w:rPr>
        <w:t>"Understanding builds trust. Trust drives treatment acceptance."</w:t>
      </w:r>
    </w:p>
    <w:p w14:paraId="62219D3C"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patients already trust me"</w:t>
      </w:r>
    </w:p>
    <w:p w14:paraId="3E99E761"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"My patients already trust me."</w:t>
      </w:r>
    </w:p>
    <w:p w14:paraId="2A636AEE" w14:textId="4F44E7FE" w:rsidR="00E51740" w:rsidRPr="008F700F" w:rsidRDefault="007B7730" w:rsidP="00E51740">
      <w:pPr>
        <w:rPr>
          <w:rFonts w:ascii="Aptos Display" w:hAnsi="Aptos Display"/>
          <w:sz w:val="28"/>
          <w:szCs w:val="28"/>
        </w:rPr>
      </w:pPr>
      <w:r w:rsidRPr="008F700F">
        <w:rPr>
          <w:rFonts w:ascii="Aptos Display" w:hAnsi="Aptos Display"/>
          <w:b/>
          <w:bCs/>
          <w:sz w:val="28"/>
          <w:szCs w:val="28"/>
        </w:rPr>
        <w:t>You:</w:t>
      </w:r>
      <w:r w:rsidR="00CD4D25" w:rsidRPr="008F700F">
        <w:rPr>
          <w:rFonts w:ascii="Aptos Display" w:hAnsi="Aptos Display"/>
          <w:b/>
          <w:bCs/>
          <w:sz w:val="28"/>
          <w:szCs w:val="28"/>
        </w:rPr>
        <w:t xml:space="preserve"> </w:t>
      </w:r>
      <w:r w:rsidRPr="008F700F">
        <w:rPr>
          <w:rFonts w:ascii="Aptos Display" w:hAnsi="Aptos Display"/>
          <w:sz w:val="28"/>
          <w:szCs w:val="28"/>
        </w:rPr>
        <w:t xml:space="preserve">"That's excellent. </w:t>
      </w:r>
      <w:r w:rsidR="00E51740" w:rsidRPr="008F700F">
        <w:rPr>
          <w:rFonts w:ascii="Aptos Display" w:hAnsi="Aptos Display"/>
          <w:sz w:val="28"/>
          <w:szCs w:val="28"/>
        </w:rPr>
        <w:t>Even when patients trust their dentist, they often need time to fully understand what they're being told before making a treatment decision.</w:t>
      </w:r>
    </w:p>
    <w:p w14:paraId="4309E389" w14:textId="77777777" w:rsidR="00E51740" w:rsidRPr="008F700F" w:rsidRDefault="00E51740" w:rsidP="00E51740">
      <w:pPr>
        <w:spacing w:line="240" w:lineRule="auto"/>
        <w:rPr>
          <w:rFonts w:ascii="Aptos Display" w:hAnsi="Aptos Display"/>
          <w:sz w:val="28"/>
          <w:szCs w:val="28"/>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patients see exactly what you're explaining through AI-assisted 2D-3D visualization, making complex findings easier to understand in just a few seconds.</w:t>
      </w:r>
    </w:p>
    <w:p w14:paraId="24DC7E04" w14:textId="3BB1073C" w:rsidR="007B7730" w:rsidRPr="008F700F" w:rsidRDefault="00E51740" w:rsidP="00D05414">
      <w:pPr>
        <w:spacing w:line="240" w:lineRule="auto"/>
        <w:rPr>
          <w:rFonts w:ascii="Aptos Display" w:hAnsi="Aptos Display"/>
          <w:sz w:val="28"/>
          <w:szCs w:val="28"/>
        </w:rPr>
      </w:pPr>
      <w:r w:rsidRPr="008F700F">
        <w:rPr>
          <w:rFonts w:ascii="Aptos Display" w:hAnsi="Aptos Display"/>
          <w:b/>
          <w:bCs/>
          <w:color w:val="F79646" w:themeColor="accent6"/>
          <w:sz w:val="28"/>
          <w:szCs w:val="28"/>
        </w:rPr>
        <w:t>AVA helps build understanding faster</w:t>
      </w:r>
      <w:r w:rsidRPr="008F700F">
        <w:rPr>
          <w:rFonts w:ascii="Aptos Display" w:hAnsi="Aptos Display"/>
          <w:sz w:val="28"/>
          <w:szCs w:val="28"/>
        </w:rPr>
        <w:t>, which means greater efficiency during consultations while preserving the trust you've already established."</w:t>
      </w:r>
    </w:p>
    <w:p w14:paraId="39DB2909"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already explain treatment very well"</w:t>
      </w:r>
    </w:p>
    <w:p w14:paraId="27C1FFFC"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already explain treatment very well."</w:t>
      </w:r>
    </w:p>
    <w:p w14:paraId="7EAD13FE" w14:textId="77777777" w:rsidR="0094382F" w:rsidRPr="008F700F" w:rsidRDefault="007B7730" w:rsidP="0094382F">
      <w:pPr>
        <w:rPr>
          <w:rFonts w:ascii="Aptos Display" w:hAnsi="Aptos Display"/>
          <w:sz w:val="28"/>
          <w:szCs w:val="28"/>
        </w:rPr>
      </w:pPr>
      <w:r w:rsidRPr="008F700F">
        <w:rPr>
          <w:rFonts w:ascii="Aptos Display" w:hAnsi="Aptos Display"/>
          <w:b/>
          <w:bCs/>
          <w:sz w:val="28"/>
          <w:szCs w:val="28"/>
        </w:rPr>
        <w:t>You:</w:t>
      </w:r>
      <w:r w:rsidR="00916038" w:rsidRPr="008F700F">
        <w:rPr>
          <w:rFonts w:ascii="Aptos Display" w:hAnsi="Aptos Display"/>
          <w:b/>
          <w:bCs/>
          <w:sz w:val="28"/>
          <w:szCs w:val="28"/>
        </w:rPr>
        <w:t xml:space="preserve"> </w:t>
      </w:r>
      <w:r w:rsidRPr="008F700F">
        <w:rPr>
          <w:rFonts w:ascii="Aptos Display" w:hAnsi="Aptos Display"/>
          <w:sz w:val="28"/>
          <w:szCs w:val="28"/>
        </w:rPr>
        <w:t xml:space="preserve">"I'm sure you do. </w:t>
      </w:r>
      <w:r w:rsidR="0094382F" w:rsidRPr="008F700F">
        <w:rPr>
          <w:rFonts w:ascii="Aptos Display" w:hAnsi="Aptos Display"/>
          <w:b/>
          <w:bCs/>
          <w:color w:val="F79646" w:themeColor="accent6"/>
          <w:sz w:val="28"/>
          <w:szCs w:val="28"/>
        </w:rPr>
        <w:t>AVA</w:t>
      </w:r>
      <w:r w:rsidR="0094382F" w:rsidRPr="008F700F">
        <w:rPr>
          <w:rFonts w:ascii="Aptos Display" w:hAnsi="Aptos Display"/>
          <w:sz w:val="28"/>
          <w:szCs w:val="28"/>
        </w:rPr>
        <w:t xml:space="preserve"> is not designed to replace your explanation. It enhances it.</w:t>
      </w:r>
    </w:p>
    <w:p w14:paraId="50E504AA" w14:textId="77777777" w:rsidR="0094382F" w:rsidRPr="008F700F" w:rsidRDefault="0094382F" w:rsidP="0094382F">
      <w:pPr>
        <w:rPr>
          <w:rFonts w:ascii="Aptos Display" w:hAnsi="Aptos Display"/>
          <w:sz w:val="28"/>
          <w:szCs w:val="28"/>
        </w:rPr>
      </w:pPr>
      <w:r w:rsidRPr="008F700F">
        <w:rPr>
          <w:rFonts w:ascii="Aptos Display" w:hAnsi="Aptos Display"/>
          <w:sz w:val="28"/>
          <w:szCs w:val="28"/>
        </w:rPr>
        <w:t xml:space="preserve">Patients remember far more of what they see than what they hear. By combining your clinical expertise with AI-assisted 2D-3D visualization,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patients instantly understand what you're describing.</w:t>
      </w:r>
    </w:p>
    <w:p w14:paraId="3048EEB6" w14:textId="00E66839" w:rsidR="0094382F" w:rsidRPr="008F700F" w:rsidRDefault="0094382F" w:rsidP="0094382F">
      <w:pPr>
        <w:rPr>
          <w:rFonts w:ascii="Aptos Display" w:hAnsi="Aptos Display"/>
          <w:sz w:val="28"/>
          <w:szCs w:val="28"/>
        </w:rPr>
      </w:pPr>
      <w:r w:rsidRPr="008F700F">
        <w:rPr>
          <w:rFonts w:ascii="Aptos Display" w:hAnsi="Aptos Display"/>
          <w:sz w:val="28"/>
          <w:szCs w:val="28"/>
        </w:rPr>
        <w:t xml:space="preserve">But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doesn't stop when the consultation ends.</w:t>
      </w:r>
      <w:r w:rsidR="005403C2" w:rsidRPr="008F700F">
        <w:rPr>
          <w:rFonts w:ascii="Aptos Display" w:hAnsi="Aptos Display"/>
          <w:sz w:val="28"/>
          <w:szCs w:val="28"/>
        </w:rPr>
        <w:t xml:space="preserve"> </w:t>
      </w:r>
      <w:r w:rsidRPr="008F700F">
        <w:rPr>
          <w:rFonts w:ascii="Aptos Display" w:hAnsi="Aptos Display"/>
          <w:sz w:val="28"/>
          <w:szCs w:val="28"/>
        </w:rPr>
        <w:t xml:space="preserve">Every patient receives a </w:t>
      </w:r>
      <w:r w:rsidRPr="008F700F">
        <w:rPr>
          <w:rFonts w:ascii="Aptos Display" w:hAnsi="Aptos Display"/>
          <w:b/>
          <w:bCs/>
          <w:sz w:val="28"/>
          <w:szCs w:val="28"/>
        </w:rPr>
        <w:t>personalized report</w:t>
      </w:r>
      <w:r w:rsidRPr="008F700F">
        <w:rPr>
          <w:rFonts w:ascii="Aptos Display" w:hAnsi="Aptos Display"/>
          <w:sz w:val="28"/>
          <w:szCs w:val="28"/>
        </w:rPr>
        <w:t xml:space="preserve"> that can be shared by email or accessed through a QR code. This allows them to review the findings, treatment recommendations, and visual evidence from the comfort of their home.</w:t>
      </w:r>
    </w:p>
    <w:p w14:paraId="52E751BB" w14:textId="77777777" w:rsidR="0094382F" w:rsidRPr="008F700F" w:rsidRDefault="0094382F" w:rsidP="0094382F">
      <w:pPr>
        <w:rPr>
          <w:rFonts w:ascii="Aptos Display" w:hAnsi="Aptos Display"/>
          <w:sz w:val="28"/>
          <w:szCs w:val="28"/>
        </w:rPr>
      </w:pPr>
      <w:r w:rsidRPr="008F700F">
        <w:rPr>
          <w:rFonts w:ascii="Aptos Display" w:hAnsi="Aptos Display"/>
          <w:sz w:val="28"/>
          <w:szCs w:val="28"/>
        </w:rPr>
        <w:t xml:space="preserve">In the end,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doesn't change what you say. It helps patients understand it faster, remember it longer, and act on it with greater confidence."</w:t>
      </w:r>
    </w:p>
    <w:p w14:paraId="2197DB3D"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lastRenderedPageBreak/>
        <w:t>Objection – "My patients are older and not technology-oriented"</w:t>
      </w:r>
    </w:p>
    <w:p w14:paraId="59C281E9" w14:textId="079EED0C"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"My patients are older and not </w:t>
      </w:r>
      <w:r w:rsidR="00261B63" w:rsidRPr="008F700F">
        <w:rPr>
          <w:rFonts w:ascii="Aptos Display" w:hAnsi="Aptos Display"/>
          <w:sz w:val="28"/>
          <w:szCs w:val="28"/>
        </w:rPr>
        <w:t>technology oriented</w:t>
      </w:r>
      <w:r w:rsidRPr="008F700F">
        <w:rPr>
          <w:rFonts w:ascii="Aptos Display" w:hAnsi="Aptos Display"/>
          <w:sz w:val="28"/>
          <w:szCs w:val="28"/>
        </w:rPr>
        <w:t>."</w:t>
      </w:r>
    </w:p>
    <w:p w14:paraId="63F90A0E" w14:textId="3CDEFE02"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You:</w:t>
      </w:r>
      <w:r w:rsidR="00A11AC5" w:rsidRPr="008F700F">
        <w:rPr>
          <w:rFonts w:ascii="Aptos Display" w:hAnsi="Aptos Display"/>
          <w:b/>
          <w:bCs/>
          <w:sz w:val="28"/>
          <w:szCs w:val="28"/>
        </w:rPr>
        <w:t xml:space="preserve"> </w:t>
      </w:r>
      <w:r w:rsidRPr="008F700F">
        <w:rPr>
          <w:rFonts w:ascii="Aptos Display" w:hAnsi="Aptos Display"/>
          <w:sz w:val="28"/>
          <w:szCs w:val="28"/>
        </w:rPr>
        <w:t xml:space="preserve">"Patients don't need to understand technology. They simply need to understand their condition. </w:t>
      </w:r>
      <w:r w:rsidRPr="008F700F">
        <w:rPr>
          <w:rFonts w:ascii="Aptos Display" w:hAnsi="Aptos Display"/>
          <w:b/>
          <w:bCs/>
          <w:color w:val="F79646" w:themeColor="accent6"/>
          <w:sz w:val="28"/>
          <w:szCs w:val="28"/>
        </w:rPr>
        <w:t>AVA makes that easier</w:t>
      </w:r>
      <w:r w:rsidRPr="008F700F">
        <w:rPr>
          <w:rFonts w:ascii="Aptos Display" w:hAnsi="Aptos Display"/>
          <w:sz w:val="28"/>
          <w:szCs w:val="28"/>
        </w:rPr>
        <w:t>."</w:t>
      </w:r>
    </w:p>
    <w:p w14:paraId="2DC25C1E" w14:textId="60B130BF" w:rsidR="00AC7B39" w:rsidRPr="008F700F" w:rsidRDefault="00AC7B39" w:rsidP="00FE63DF">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H</w:t>
      </w:r>
      <w:r w:rsidR="00FE63DF" w:rsidRPr="008F700F">
        <w:rPr>
          <w:rFonts w:ascii="Aptos Display" w:hAnsi="Aptos Display"/>
          <w:color w:val="000000" w:themeColor="text1"/>
          <w:sz w:val="48"/>
          <w:szCs w:val="48"/>
        </w:rPr>
        <w:t>igh-Performance Practice Object</w:t>
      </w:r>
      <w:r w:rsidR="00AF7BAC" w:rsidRPr="008F700F">
        <w:rPr>
          <w:rFonts w:ascii="Aptos Display" w:hAnsi="Aptos Display"/>
          <w:color w:val="000000" w:themeColor="text1"/>
          <w:sz w:val="48"/>
          <w:szCs w:val="48"/>
        </w:rPr>
        <w:t>ions</w:t>
      </w:r>
    </w:p>
    <w:p w14:paraId="41AED594" w14:textId="77777777" w:rsidR="00D0710C" w:rsidRPr="008F700F" w:rsidRDefault="00D0710C" w:rsidP="00AF7BAC">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don't have time"</w:t>
      </w:r>
    </w:p>
    <w:p w14:paraId="6B44763D" w14:textId="6071094B" w:rsidR="00D0710C" w:rsidRPr="008F700F" w:rsidRDefault="00D0710C" w:rsidP="00D0710C">
      <w:pPr>
        <w:spacing w:line="240" w:lineRule="auto"/>
        <w:rPr>
          <w:rFonts w:ascii="Aptos Display" w:hAnsi="Aptos Display"/>
          <w:sz w:val="28"/>
          <w:szCs w:val="28"/>
        </w:rPr>
      </w:pPr>
      <w:r w:rsidRPr="008F700F">
        <w:rPr>
          <w:rFonts w:ascii="Aptos Display" w:hAnsi="Aptos Display"/>
          <w:b/>
          <w:bCs/>
          <w:sz w:val="28"/>
          <w:szCs w:val="28"/>
        </w:rPr>
        <w:t>Dentist:</w:t>
      </w:r>
      <w:r w:rsidR="00AF7BAC" w:rsidRPr="008F700F">
        <w:rPr>
          <w:rFonts w:ascii="Aptos Display" w:hAnsi="Aptos Display"/>
          <w:b/>
          <w:bCs/>
          <w:sz w:val="28"/>
          <w:szCs w:val="28"/>
        </w:rPr>
        <w:t xml:space="preserve"> </w:t>
      </w:r>
      <w:r w:rsidRPr="008F700F">
        <w:rPr>
          <w:rFonts w:ascii="Aptos Display" w:hAnsi="Aptos Display"/>
          <w:sz w:val="28"/>
          <w:szCs w:val="28"/>
        </w:rPr>
        <w:t>"I don't have time."</w:t>
      </w:r>
    </w:p>
    <w:p w14:paraId="087965AD" w14:textId="130FF68F" w:rsidR="00D0710C" w:rsidRPr="008F700F" w:rsidRDefault="00D0710C" w:rsidP="00D0710C">
      <w:pPr>
        <w:spacing w:line="240" w:lineRule="auto"/>
        <w:rPr>
          <w:rFonts w:ascii="Aptos Display" w:hAnsi="Aptos Display"/>
          <w:sz w:val="28"/>
          <w:szCs w:val="28"/>
        </w:rPr>
      </w:pPr>
      <w:r w:rsidRPr="008F700F">
        <w:rPr>
          <w:rFonts w:ascii="Aptos Display" w:hAnsi="Aptos Display"/>
          <w:b/>
          <w:bCs/>
          <w:sz w:val="28"/>
          <w:szCs w:val="28"/>
        </w:rPr>
        <w:t>You:</w:t>
      </w:r>
      <w:r w:rsidR="00AF7BAC" w:rsidRPr="008F700F">
        <w:rPr>
          <w:rFonts w:ascii="Aptos Display" w:hAnsi="Aptos Display"/>
          <w:b/>
          <w:bCs/>
          <w:sz w:val="28"/>
          <w:szCs w:val="28"/>
        </w:rPr>
        <w:t xml:space="preserve"> </w:t>
      </w:r>
      <w:r w:rsidRPr="008F700F">
        <w:rPr>
          <w:rFonts w:ascii="Aptos Display" w:hAnsi="Aptos Display"/>
          <w:sz w:val="28"/>
          <w:szCs w:val="28"/>
        </w:rPr>
        <w:t>"I understand. Most dentists feel the same way.</w:t>
      </w:r>
      <w:r w:rsidR="00745808" w:rsidRPr="008F700F">
        <w:rPr>
          <w:rFonts w:ascii="Aptos Display" w:hAnsi="Aptos Display"/>
          <w:sz w:val="28"/>
          <w:szCs w:val="28"/>
        </w:rPr>
        <w:t xml:space="preserve"> </w:t>
      </w:r>
      <w:r w:rsidRPr="008F700F">
        <w:rPr>
          <w:rFonts w:ascii="Aptos Display" w:hAnsi="Aptos Display"/>
          <w:sz w:val="28"/>
          <w:szCs w:val="28"/>
        </w:rPr>
        <w:t xml:space="preserve">But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was designed to save time, not add time.</w:t>
      </w:r>
    </w:p>
    <w:p w14:paraId="343E6388" w14:textId="77777777" w:rsidR="00D0710C" w:rsidRPr="008F700F" w:rsidRDefault="00D0710C" w:rsidP="00D0710C">
      <w:pPr>
        <w:spacing w:line="240" w:lineRule="auto"/>
        <w:rPr>
          <w:rFonts w:ascii="Aptos Display" w:hAnsi="Aptos Display"/>
          <w:sz w:val="28"/>
          <w:szCs w:val="28"/>
        </w:rPr>
      </w:pPr>
      <w:r w:rsidRPr="008F700F">
        <w:rPr>
          <w:rFonts w:ascii="Aptos Display" w:hAnsi="Aptos Display"/>
          <w:sz w:val="28"/>
          <w:szCs w:val="28"/>
        </w:rPr>
        <w:t xml:space="preserve">Today, how much time do you spend explaining findings, answering the same questions, repeating explanations, and reassuring patients before they </w:t>
      </w:r>
      <w:proofErr w:type="gramStart"/>
      <w:r w:rsidRPr="008F700F">
        <w:rPr>
          <w:rFonts w:ascii="Aptos Display" w:hAnsi="Aptos Display"/>
          <w:sz w:val="28"/>
          <w:szCs w:val="28"/>
        </w:rPr>
        <w:t>make a decision</w:t>
      </w:r>
      <w:proofErr w:type="gramEnd"/>
      <w:r w:rsidRPr="008F700F">
        <w:rPr>
          <w:rFonts w:ascii="Aptos Display" w:hAnsi="Aptos Display"/>
          <w:sz w:val="28"/>
          <w:szCs w:val="28"/>
        </w:rPr>
        <w:t>?</w:t>
      </w:r>
    </w:p>
    <w:p w14:paraId="40798720" w14:textId="77777777" w:rsidR="00D0710C" w:rsidRPr="008F700F" w:rsidRDefault="00D0710C" w:rsidP="00D0710C">
      <w:pPr>
        <w:spacing w:line="240" w:lineRule="auto"/>
        <w:rPr>
          <w:rFonts w:ascii="Aptos Display" w:hAnsi="Aptos Display"/>
          <w:sz w:val="28"/>
          <w:szCs w:val="28"/>
        </w:rPr>
      </w:pPr>
      <w:r w:rsidRPr="008F700F">
        <w:rPr>
          <w:rFonts w:ascii="Aptos Display" w:hAnsi="Aptos Display"/>
          <w:sz w:val="28"/>
          <w:szCs w:val="28"/>
        </w:rPr>
        <w:t>The goal is to make your consultations more efficient, reduce repetitive explanations, and help patients make informed decisions faster.</w:t>
      </w:r>
    </w:p>
    <w:p w14:paraId="184FC6FC" w14:textId="5EFCC82F" w:rsidR="00D0710C" w:rsidRPr="008F700F" w:rsidRDefault="00D0710C" w:rsidP="00AC7B39">
      <w:pPr>
        <w:spacing w:line="240" w:lineRule="auto"/>
        <w:rPr>
          <w:rFonts w:ascii="Aptos Display" w:hAnsi="Aptos Display"/>
          <w:sz w:val="28"/>
          <w:szCs w:val="28"/>
        </w:rPr>
      </w:pPr>
      <w:r w:rsidRPr="008F700F">
        <w:rPr>
          <w:rFonts w:ascii="Aptos Display" w:hAnsi="Aptos Display"/>
          <w:sz w:val="28"/>
          <w:szCs w:val="28"/>
        </w:rPr>
        <w:t>In many practices, the time saved during treatment presentations can be just as valuable as the increase in treatment acceptance."</w:t>
      </w:r>
    </w:p>
    <w:p w14:paraId="4475862E" w14:textId="03A97DE7" w:rsidR="00AC7B39" w:rsidRPr="008F700F" w:rsidRDefault="00AC7B39" w:rsidP="00AF7BAC">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treatment acceptance rate is already 90%"</w:t>
      </w:r>
    </w:p>
    <w:p w14:paraId="6BA97B3C" w14:textId="51FB17D3"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t>Dentist:</w:t>
      </w:r>
      <w:r w:rsidR="001C3CC6" w:rsidRPr="008F700F">
        <w:rPr>
          <w:rFonts w:ascii="Aptos Display" w:hAnsi="Aptos Display"/>
          <w:b/>
          <w:bCs/>
          <w:sz w:val="28"/>
          <w:szCs w:val="28"/>
        </w:rPr>
        <w:t xml:space="preserve"> </w:t>
      </w:r>
      <w:r w:rsidRPr="008F700F">
        <w:rPr>
          <w:rFonts w:ascii="Aptos Display" w:hAnsi="Aptos Display"/>
          <w:sz w:val="28"/>
          <w:szCs w:val="28"/>
        </w:rPr>
        <w:t xml:space="preserve">"My treatment acceptance rate is already around 90%. I don't really need </w:t>
      </w:r>
      <w:r w:rsidRPr="008F700F">
        <w:rPr>
          <w:rFonts w:ascii="Aptos Display" w:hAnsi="Aptos Display"/>
          <w:b/>
          <w:bCs/>
          <w:color w:val="F79646" w:themeColor="accent6"/>
          <w:sz w:val="28"/>
          <w:szCs w:val="28"/>
        </w:rPr>
        <w:t>AVA</w:t>
      </w:r>
      <w:r w:rsidRPr="008F700F">
        <w:rPr>
          <w:rFonts w:ascii="Aptos Display" w:hAnsi="Aptos Display"/>
          <w:sz w:val="28"/>
          <w:szCs w:val="28"/>
        </w:rPr>
        <w:t>."</w:t>
      </w:r>
    </w:p>
    <w:p w14:paraId="5FE9958C" w14:textId="7CE966EA"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t>You:</w:t>
      </w:r>
      <w:r w:rsidR="001C3CC6" w:rsidRPr="008F700F">
        <w:rPr>
          <w:rFonts w:ascii="Aptos Display" w:hAnsi="Aptos Display"/>
          <w:b/>
          <w:bCs/>
          <w:sz w:val="28"/>
          <w:szCs w:val="28"/>
        </w:rPr>
        <w:t xml:space="preserve"> </w:t>
      </w:r>
      <w:r w:rsidRPr="008F700F">
        <w:rPr>
          <w:rFonts w:ascii="Aptos Display" w:hAnsi="Aptos Display"/>
          <w:sz w:val="28"/>
          <w:szCs w:val="28"/>
        </w:rPr>
        <w:t xml:space="preserve">"That's excellent. If you're already achieving a 90% acceptance rate, then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may not be about increasing acceptance.</w:t>
      </w:r>
    </w:p>
    <w:p w14:paraId="1F1AF34E" w14:textId="77777777" w:rsidR="00AC7B39" w:rsidRPr="008F700F" w:rsidRDefault="00AC7B39" w:rsidP="00AC7B39">
      <w:pPr>
        <w:spacing w:line="240" w:lineRule="auto"/>
        <w:rPr>
          <w:rFonts w:ascii="Aptos Display" w:hAnsi="Aptos Display"/>
          <w:sz w:val="28"/>
          <w:szCs w:val="28"/>
        </w:rPr>
      </w:pPr>
      <w:r w:rsidRPr="008F700F">
        <w:rPr>
          <w:rFonts w:ascii="Aptos Display" w:hAnsi="Aptos Display"/>
          <w:sz w:val="28"/>
          <w:szCs w:val="28"/>
        </w:rPr>
        <w:t>The question becomes: how much time are you spending to achieve that result?</w:t>
      </w:r>
    </w:p>
    <w:p w14:paraId="67F4A9D6" w14:textId="77777777" w:rsidR="00AC7B39" w:rsidRPr="008F700F" w:rsidRDefault="00AC7B39" w:rsidP="00AC7B39">
      <w:pPr>
        <w:spacing w:line="240" w:lineRule="auto"/>
        <w:rPr>
          <w:rFonts w:ascii="Aptos Display" w:hAnsi="Aptos Display"/>
          <w:sz w:val="28"/>
          <w:szCs w:val="28"/>
        </w:rPr>
      </w:pPr>
      <w:r w:rsidRPr="008F700F">
        <w:rPr>
          <w:rFonts w:ascii="Aptos Display" w:hAnsi="Aptos Display"/>
          <w:sz w:val="28"/>
          <w:szCs w:val="28"/>
        </w:rPr>
        <w:t>Many dentists with high acceptance rates spend valuable chair time explaining findings, answering questions, and reassuring patients.</w:t>
      </w:r>
    </w:p>
    <w:p w14:paraId="302460EB" w14:textId="77777777" w:rsidR="00AC7B39" w:rsidRPr="008F700F" w:rsidRDefault="00AC7B39" w:rsidP="00AC7B39">
      <w:pPr>
        <w:spacing w:line="240" w:lineRule="auto"/>
        <w:rPr>
          <w:rFonts w:ascii="Aptos Display" w:hAnsi="Aptos Display"/>
          <w:sz w:val="28"/>
          <w:szCs w:val="28"/>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patients understand faster through AI-assisted 2D-3D visualization, making consultations more efficient and more consistent.</w:t>
      </w:r>
    </w:p>
    <w:p w14:paraId="61F6FF06" w14:textId="572F75AD" w:rsidR="00AC7B39" w:rsidRPr="008F700F" w:rsidRDefault="00AC7B39" w:rsidP="00AC7B39">
      <w:pPr>
        <w:spacing w:line="240" w:lineRule="auto"/>
        <w:rPr>
          <w:rFonts w:ascii="Aptos Display" w:hAnsi="Aptos Display"/>
          <w:sz w:val="28"/>
          <w:szCs w:val="28"/>
        </w:rPr>
      </w:pPr>
      <w:r w:rsidRPr="008F700F">
        <w:rPr>
          <w:rFonts w:ascii="Aptos Display" w:hAnsi="Aptos Display"/>
          <w:sz w:val="28"/>
          <w:szCs w:val="28"/>
        </w:rPr>
        <w:t xml:space="preserve">Even in </w:t>
      </w:r>
      <w:r w:rsidR="00B31C28" w:rsidRPr="008F700F">
        <w:rPr>
          <w:rFonts w:ascii="Aptos Display" w:hAnsi="Aptos Display"/>
          <w:sz w:val="28"/>
          <w:szCs w:val="28"/>
        </w:rPr>
        <w:t>practice</w:t>
      </w:r>
      <w:r w:rsidRPr="008F700F">
        <w:rPr>
          <w:rFonts w:ascii="Aptos Display" w:hAnsi="Aptos Display"/>
          <w:sz w:val="28"/>
          <w:szCs w:val="28"/>
        </w:rPr>
        <w:t xml:space="preserve"> with excellent acceptance rates, </w:t>
      </w:r>
      <w:r w:rsidRPr="008F700F">
        <w:rPr>
          <w:rFonts w:ascii="Aptos Display" w:hAnsi="Aptos Display"/>
          <w:b/>
          <w:bCs/>
          <w:color w:val="F79646" w:themeColor="accent6"/>
          <w:sz w:val="28"/>
          <w:szCs w:val="28"/>
        </w:rPr>
        <w:t>AVA can save time</w:t>
      </w:r>
      <w:r w:rsidRPr="008F700F">
        <w:rPr>
          <w:rFonts w:ascii="Aptos Display" w:hAnsi="Aptos Display"/>
          <w:sz w:val="28"/>
          <w:szCs w:val="28"/>
        </w:rPr>
        <w:t xml:space="preserve">, improve workflow efficiency, and enhance </w:t>
      </w:r>
      <w:r w:rsidR="00FE6456" w:rsidRPr="008F700F">
        <w:rPr>
          <w:rFonts w:ascii="Aptos Display" w:hAnsi="Aptos Display"/>
          <w:sz w:val="28"/>
          <w:szCs w:val="28"/>
        </w:rPr>
        <w:t>patient</w:t>
      </w:r>
      <w:r w:rsidRPr="008F700F">
        <w:rPr>
          <w:rFonts w:ascii="Aptos Display" w:hAnsi="Aptos Display"/>
          <w:sz w:val="28"/>
          <w:szCs w:val="28"/>
        </w:rPr>
        <w:t xml:space="preserve"> experience.</w:t>
      </w:r>
      <w:r w:rsidR="00B31C28" w:rsidRPr="008F700F">
        <w:rPr>
          <w:rFonts w:ascii="Aptos Display" w:hAnsi="Aptos Display"/>
        </w:rPr>
        <w:t xml:space="preserve"> </w:t>
      </w:r>
      <w:r w:rsidR="00B31C28" w:rsidRPr="008F700F">
        <w:rPr>
          <w:rFonts w:ascii="Aptos Display" w:hAnsi="Aptos Display"/>
          <w:sz w:val="28"/>
          <w:szCs w:val="28"/>
        </w:rPr>
        <w:t>For many dentists, the time saved during consultations is just as valuable as increasing treatment acceptance."</w:t>
      </w:r>
    </w:p>
    <w:p w14:paraId="5BA282C9" w14:textId="77777777" w:rsidR="00AC7B39" w:rsidRPr="008F700F" w:rsidRDefault="00AC7B39" w:rsidP="00AF7BAC">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patients already accept most treatments"</w:t>
      </w:r>
    </w:p>
    <w:p w14:paraId="048051A8" w14:textId="02421CBE"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lastRenderedPageBreak/>
        <w:t>Dentist:</w:t>
      </w:r>
      <w:r w:rsidR="00FE6456" w:rsidRPr="008F700F">
        <w:rPr>
          <w:rFonts w:ascii="Aptos Display" w:hAnsi="Aptos Display"/>
          <w:b/>
          <w:bCs/>
          <w:sz w:val="28"/>
          <w:szCs w:val="28"/>
        </w:rPr>
        <w:t xml:space="preserve"> </w:t>
      </w:r>
      <w:r w:rsidRPr="008F700F">
        <w:rPr>
          <w:rFonts w:ascii="Aptos Display" w:hAnsi="Aptos Display"/>
          <w:sz w:val="28"/>
          <w:szCs w:val="28"/>
        </w:rPr>
        <w:t>"My patients already accept most treatments."</w:t>
      </w:r>
    </w:p>
    <w:p w14:paraId="49C95E71" w14:textId="0EBDD1D7"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t>You:</w:t>
      </w:r>
      <w:r w:rsidR="00FE6456" w:rsidRPr="008F700F">
        <w:rPr>
          <w:rFonts w:ascii="Aptos Display" w:hAnsi="Aptos Display"/>
          <w:b/>
          <w:bCs/>
          <w:sz w:val="28"/>
          <w:szCs w:val="28"/>
        </w:rPr>
        <w:t xml:space="preserve"> </w:t>
      </w:r>
      <w:r w:rsidRPr="008F700F">
        <w:rPr>
          <w:rFonts w:ascii="Aptos Display" w:hAnsi="Aptos Display"/>
          <w:sz w:val="28"/>
          <w:szCs w:val="28"/>
        </w:rPr>
        <w:t xml:space="preserve">"That's great. Then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becomes less about increasing acceptance and more about improving efficiency, standardizing consultations, and reducing the time needed to explain treatment recommendations."</w:t>
      </w:r>
    </w:p>
    <w:p w14:paraId="4D38E8AC" w14:textId="462525A5" w:rsidR="00AC7B39" w:rsidRPr="008F700F" w:rsidRDefault="00FE6456" w:rsidP="00AC7B39">
      <w:pPr>
        <w:spacing w:line="240" w:lineRule="auto"/>
        <w:rPr>
          <w:rFonts w:ascii="Aptos Display" w:hAnsi="Aptos Display"/>
          <w:sz w:val="28"/>
          <w:szCs w:val="28"/>
        </w:rPr>
      </w:pPr>
      <w:r w:rsidRPr="008F700F">
        <w:rPr>
          <w:rFonts w:ascii="Aptos Display" w:hAnsi="Aptos Display"/>
          <w:sz w:val="28"/>
          <w:szCs w:val="28"/>
        </w:rPr>
        <w:t>In many practices, the time saved during treatment presentations can be just as valuable as the increase in treatment acceptance."</w:t>
      </w:r>
    </w:p>
    <w:p w14:paraId="1B42DD3D" w14:textId="77777777" w:rsidR="00AC7B39" w:rsidRPr="008F700F" w:rsidRDefault="00AC7B39" w:rsidP="00AF7BAC">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practice is already very successful"</w:t>
      </w:r>
    </w:p>
    <w:p w14:paraId="6F2E1CF6" w14:textId="2DEDDF0C"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t>Dentist:</w:t>
      </w:r>
      <w:r w:rsidR="00F72093" w:rsidRPr="008F700F">
        <w:rPr>
          <w:rFonts w:ascii="Aptos Display" w:hAnsi="Aptos Display"/>
          <w:b/>
          <w:bCs/>
          <w:sz w:val="28"/>
          <w:szCs w:val="28"/>
        </w:rPr>
        <w:t xml:space="preserve"> </w:t>
      </w:r>
      <w:r w:rsidRPr="008F700F">
        <w:rPr>
          <w:rFonts w:ascii="Aptos Display" w:hAnsi="Aptos Display"/>
          <w:sz w:val="28"/>
          <w:szCs w:val="28"/>
        </w:rPr>
        <w:t>"My practice is already doing very well."</w:t>
      </w:r>
    </w:p>
    <w:p w14:paraId="571A0539" w14:textId="28B72F1E" w:rsidR="00AC7B39" w:rsidRPr="008F700F" w:rsidRDefault="00AC7B39" w:rsidP="00AC7B39">
      <w:pPr>
        <w:spacing w:line="240" w:lineRule="auto"/>
        <w:rPr>
          <w:rFonts w:ascii="Aptos Display" w:hAnsi="Aptos Display"/>
          <w:sz w:val="28"/>
          <w:szCs w:val="28"/>
        </w:rPr>
      </w:pPr>
      <w:r w:rsidRPr="008F700F">
        <w:rPr>
          <w:rFonts w:ascii="Aptos Display" w:hAnsi="Aptos Display"/>
          <w:b/>
          <w:bCs/>
          <w:sz w:val="28"/>
          <w:szCs w:val="28"/>
        </w:rPr>
        <w:t>You:</w:t>
      </w:r>
      <w:r w:rsidR="00F72093" w:rsidRPr="008F700F">
        <w:rPr>
          <w:rFonts w:ascii="Aptos Display" w:hAnsi="Aptos Display"/>
          <w:b/>
          <w:bCs/>
          <w:sz w:val="28"/>
          <w:szCs w:val="28"/>
        </w:rPr>
        <w:t xml:space="preserve"> </w:t>
      </w:r>
      <w:r w:rsidRPr="008F700F">
        <w:rPr>
          <w:rFonts w:ascii="Aptos Display" w:hAnsi="Aptos Display"/>
          <w:sz w:val="28"/>
          <w:szCs w:val="28"/>
        </w:rPr>
        <w:t>"Successful practices are often the ones that benefit most from efficiency gains.</w:t>
      </w:r>
    </w:p>
    <w:p w14:paraId="1C473F4A" w14:textId="714CED85" w:rsidR="00AC7B39" w:rsidRPr="008F700F" w:rsidRDefault="00AC7B39" w:rsidP="00AC7B39">
      <w:pPr>
        <w:spacing w:line="240" w:lineRule="auto"/>
        <w:rPr>
          <w:rFonts w:ascii="Aptos Display" w:hAnsi="Aptos Display"/>
          <w:sz w:val="28"/>
          <w:szCs w:val="28"/>
        </w:rPr>
      </w:pPr>
      <w:r w:rsidRPr="008F700F">
        <w:rPr>
          <w:rFonts w:ascii="Aptos Display" w:hAnsi="Aptos Display"/>
          <w:sz w:val="28"/>
          <w:szCs w:val="28"/>
        </w:rPr>
        <w:t>When your schedule is full, saving a few minutes on every consultation can have a significant impact over the course of a week, a month, or a year.</w:t>
      </w:r>
    </w:p>
    <w:p w14:paraId="048B2722" w14:textId="3740DEED" w:rsidR="00D74F37" w:rsidRPr="008F700F" w:rsidRDefault="00D74F37" w:rsidP="00AC7B39">
      <w:pPr>
        <w:spacing w:line="240" w:lineRule="auto"/>
        <w:rPr>
          <w:rFonts w:ascii="Aptos Display" w:hAnsi="Aptos Display"/>
          <w:sz w:val="28"/>
          <w:szCs w:val="28"/>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patients understand findings faster through AI-assisted 2D-3D visualization, reducing the need for lengthy explanations and repeated questions.</w:t>
      </w:r>
    </w:p>
    <w:p w14:paraId="499AF7FF" w14:textId="363F41D1" w:rsidR="00AC7B39" w:rsidRPr="008F700F" w:rsidRDefault="00C97D47" w:rsidP="00D05414">
      <w:pPr>
        <w:spacing w:line="240" w:lineRule="auto"/>
        <w:rPr>
          <w:rFonts w:ascii="Aptos Display" w:hAnsi="Aptos Display"/>
          <w:sz w:val="28"/>
          <w:szCs w:val="28"/>
        </w:rPr>
      </w:pPr>
      <w:r w:rsidRPr="008F700F">
        <w:rPr>
          <w:rFonts w:ascii="Aptos Display" w:hAnsi="Aptos Display"/>
          <w:sz w:val="28"/>
          <w:szCs w:val="28"/>
        </w:rPr>
        <w:t>In a busy practice, saving a few minutes on every consultation can create a significant gain in productivity over time."</w:t>
      </w:r>
    </w:p>
    <w:p w14:paraId="2AF4B736" w14:textId="5A3F60CA" w:rsidR="007B7730" w:rsidRPr="008F700F" w:rsidRDefault="007B7730" w:rsidP="003E5D75">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F</w:t>
      </w:r>
      <w:r w:rsidR="006D3500" w:rsidRPr="008F700F">
        <w:rPr>
          <w:rFonts w:ascii="Aptos Display" w:hAnsi="Aptos Display"/>
          <w:color w:val="000000" w:themeColor="text1"/>
          <w:sz w:val="48"/>
          <w:szCs w:val="48"/>
        </w:rPr>
        <w:t>inancial &amp; ROI</w:t>
      </w:r>
    </w:p>
    <w:p w14:paraId="09254E30"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"The investment is too high"</w:t>
      </w:r>
    </w:p>
    <w:p w14:paraId="77354A6C"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"The investment is too high."</w:t>
      </w:r>
    </w:p>
    <w:p w14:paraId="6CA4300A" w14:textId="53BD27AC"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You:</w:t>
      </w:r>
      <w:r w:rsidR="00D74F37" w:rsidRPr="008F700F">
        <w:rPr>
          <w:rFonts w:ascii="Aptos Display" w:hAnsi="Aptos Display"/>
          <w:b/>
          <w:bCs/>
          <w:sz w:val="28"/>
          <w:szCs w:val="28"/>
        </w:rPr>
        <w:t xml:space="preserve"> </w:t>
      </w:r>
      <w:r w:rsidRPr="008F700F">
        <w:rPr>
          <w:rFonts w:ascii="Aptos Display" w:hAnsi="Aptos Display"/>
          <w:sz w:val="28"/>
          <w:szCs w:val="28"/>
        </w:rPr>
        <w:t xml:space="preserve">"The real question is not the cost of </w:t>
      </w:r>
      <w:r w:rsidRPr="008F700F">
        <w:rPr>
          <w:rFonts w:ascii="Aptos Display" w:hAnsi="Aptos Display"/>
          <w:b/>
          <w:bCs/>
          <w:color w:val="F79646" w:themeColor="accent6"/>
          <w:sz w:val="28"/>
          <w:szCs w:val="28"/>
        </w:rPr>
        <w:t>AVA</w:t>
      </w:r>
      <w:r w:rsidRPr="008F700F">
        <w:rPr>
          <w:rFonts w:ascii="Aptos Display" w:hAnsi="Aptos Display"/>
          <w:sz w:val="28"/>
          <w:szCs w:val="28"/>
        </w:rPr>
        <w:t>. The real question is how much diagnosed treatment leaves your practice every month because patients hesitate or postpone decisions."</w:t>
      </w:r>
    </w:p>
    <w:p w14:paraId="1A0B5F1D" w14:textId="6116640B" w:rsidR="001D1FB6" w:rsidRPr="008F700F" w:rsidRDefault="001D1FB6" w:rsidP="001D1FB6">
      <w:pPr>
        <w:spacing w:line="240" w:lineRule="auto"/>
        <w:rPr>
          <w:rFonts w:ascii="Aptos Display" w:hAnsi="Aptos Display"/>
          <w:sz w:val="28"/>
          <w:szCs w:val="28"/>
        </w:rPr>
      </w:pPr>
      <w:r w:rsidRPr="008F700F">
        <w:rPr>
          <w:rFonts w:ascii="Aptos Display" w:hAnsi="Aptos Display"/>
          <w:b/>
          <w:bCs/>
          <w:sz w:val="28"/>
          <w:szCs w:val="28"/>
        </w:rPr>
        <w:t>You:</w:t>
      </w:r>
      <w:r w:rsidRPr="008F700F">
        <w:rPr>
          <w:rFonts w:ascii="Aptos Display" w:hAnsi="Aptos Display"/>
          <w:sz w:val="28"/>
          <w:szCs w:val="28"/>
        </w:rPr>
        <w:t xml:space="preserve"> "Let's imagine your practice presents $50,000 of treatment every month. At 45% acceptance, that generates $22,500. At </w:t>
      </w:r>
      <w:r w:rsidRPr="008F700F">
        <w:rPr>
          <w:rFonts w:ascii="Aptos Display" w:hAnsi="Aptos Display"/>
          <w:b/>
          <w:bCs/>
          <w:color w:val="F79646" w:themeColor="accent6"/>
          <w:sz w:val="28"/>
          <w:szCs w:val="28"/>
        </w:rPr>
        <w:t>75%</w:t>
      </w:r>
      <w:r w:rsidRPr="008F700F">
        <w:rPr>
          <w:rFonts w:ascii="Aptos Display" w:hAnsi="Aptos Display"/>
          <w:color w:val="F79646" w:themeColor="accent6"/>
          <w:sz w:val="28"/>
          <w:szCs w:val="28"/>
        </w:rPr>
        <w:t xml:space="preserve"> </w:t>
      </w:r>
      <w:r w:rsidRPr="008F700F">
        <w:rPr>
          <w:rFonts w:ascii="Aptos Display" w:hAnsi="Aptos Display"/>
          <w:sz w:val="28"/>
          <w:szCs w:val="28"/>
        </w:rPr>
        <w:t xml:space="preserve">acceptance, that becomes </w:t>
      </w:r>
      <w:r w:rsidRPr="008F700F">
        <w:rPr>
          <w:rFonts w:ascii="Aptos Display" w:hAnsi="Aptos Display"/>
          <w:b/>
          <w:bCs/>
          <w:color w:val="F79646" w:themeColor="accent6"/>
          <w:sz w:val="28"/>
          <w:szCs w:val="28"/>
        </w:rPr>
        <w:t>$37,500.</w:t>
      </w:r>
    </w:p>
    <w:p w14:paraId="414C9D66" w14:textId="77777777" w:rsidR="001D1FB6" w:rsidRPr="008F700F" w:rsidRDefault="001D1FB6" w:rsidP="001D1FB6">
      <w:pPr>
        <w:pStyle w:val="Paragraphedeliste"/>
        <w:numPr>
          <w:ilvl w:val="0"/>
          <w:numId w:val="15"/>
        </w:numPr>
        <w:spacing w:line="240" w:lineRule="auto"/>
        <w:rPr>
          <w:rFonts w:ascii="Aptos Display" w:hAnsi="Aptos Display"/>
          <w:b/>
          <w:bCs/>
          <w:sz w:val="28"/>
          <w:szCs w:val="28"/>
        </w:rPr>
      </w:pPr>
      <w:r w:rsidRPr="008F700F">
        <w:rPr>
          <w:rFonts w:ascii="Aptos Display" w:hAnsi="Aptos Display"/>
          <w:b/>
          <w:bCs/>
          <w:sz w:val="28"/>
          <w:szCs w:val="28"/>
        </w:rPr>
        <w:t>Same patients.</w:t>
      </w:r>
    </w:p>
    <w:p w14:paraId="333F1EEF" w14:textId="77777777" w:rsidR="001D1FB6" w:rsidRPr="008F700F" w:rsidRDefault="001D1FB6" w:rsidP="001D1FB6">
      <w:pPr>
        <w:pStyle w:val="Paragraphedeliste"/>
        <w:numPr>
          <w:ilvl w:val="0"/>
          <w:numId w:val="15"/>
        </w:numPr>
        <w:spacing w:line="240" w:lineRule="auto"/>
        <w:rPr>
          <w:rFonts w:ascii="Aptos Display" w:hAnsi="Aptos Display"/>
          <w:b/>
          <w:bCs/>
          <w:sz w:val="28"/>
          <w:szCs w:val="28"/>
        </w:rPr>
      </w:pPr>
      <w:r w:rsidRPr="008F700F">
        <w:rPr>
          <w:rFonts w:ascii="Aptos Display" w:hAnsi="Aptos Display"/>
          <w:b/>
          <w:bCs/>
          <w:sz w:val="28"/>
          <w:szCs w:val="28"/>
        </w:rPr>
        <w:t>Same dentist.</w:t>
      </w:r>
    </w:p>
    <w:p w14:paraId="1792783D" w14:textId="77777777" w:rsidR="001D1FB6" w:rsidRPr="008F700F" w:rsidRDefault="001D1FB6" w:rsidP="001D1FB6">
      <w:pPr>
        <w:pStyle w:val="Paragraphedeliste"/>
        <w:numPr>
          <w:ilvl w:val="0"/>
          <w:numId w:val="15"/>
        </w:numPr>
        <w:spacing w:line="240" w:lineRule="auto"/>
        <w:rPr>
          <w:rFonts w:ascii="Aptos Display" w:hAnsi="Aptos Display"/>
          <w:b/>
          <w:bCs/>
          <w:sz w:val="28"/>
          <w:szCs w:val="28"/>
        </w:rPr>
      </w:pPr>
      <w:r w:rsidRPr="008F700F">
        <w:rPr>
          <w:rFonts w:ascii="Aptos Display" w:hAnsi="Aptos Display"/>
          <w:b/>
          <w:bCs/>
          <w:sz w:val="28"/>
          <w:szCs w:val="28"/>
        </w:rPr>
        <w:t>Same treatment plan.</w:t>
      </w:r>
    </w:p>
    <w:p w14:paraId="158CC72B" w14:textId="773AAAA7" w:rsidR="001D1FB6" w:rsidRPr="008F700F" w:rsidRDefault="001D1FB6" w:rsidP="00D05414">
      <w:pPr>
        <w:spacing w:line="240" w:lineRule="auto"/>
        <w:rPr>
          <w:rFonts w:ascii="Aptos Display" w:hAnsi="Aptos Display"/>
          <w:b/>
          <w:bCs/>
          <w:color w:val="F79646" w:themeColor="accent6"/>
          <w:sz w:val="28"/>
          <w:szCs w:val="28"/>
        </w:rPr>
      </w:pPr>
      <w:r w:rsidRPr="008F700F">
        <w:rPr>
          <w:rFonts w:ascii="Aptos Display" w:hAnsi="Aptos Display"/>
          <w:b/>
          <w:bCs/>
          <w:color w:val="F79646" w:themeColor="accent6"/>
          <w:sz w:val="28"/>
          <w:szCs w:val="28"/>
        </w:rPr>
        <w:t>The difference is communication."</w:t>
      </w:r>
    </w:p>
    <w:p w14:paraId="42AA227A"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already have a high treatment acceptance rate"</w:t>
      </w:r>
    </w:p>
    <w:p w14:paraId="13F970D9"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"My treatment acceptance rate is already high."</w:t>
      </w:r>
    </w:p>
    <w:p w14:paraId="7B3BA42A" w14:textId="45C2D74D" w:rsidR="00111D43" w:rsidRPr="008F700F" w:rsidRDefault="007B7730" w:rsidP="00111D43">
      <w:pPr>
        <w:spacing w:line="240" w:lineRule="auto"/>
        <w:rPr>
          <w:rFonts w:ascii="Aptos Display" w:hAnsi="Aptos Display"/>
          <w:sz w:val="28"/>
          <w:szCs w:val="28"/>
        </w:rPr>
      </w:pPr>
      <w:r w:rsidRPr="008F700F">
        <w:rPr>
          <w:rFonts w:ascii="Aptos Display" w:hAnsi="Aptos Display"/>
          <w:b/>
          <w:bCs/>
          <w:sz w:val="28"/>
          <w:szCs w:val="28"/>
        </w:rPr>
        <w:lastRenderedPageBreak/>
        <w:t>You:</w:t>
      </w:r>
      <w:r w:rsidR="00F12E5A" w:rsidRPr="008F700F">
        <w:rPr>
          <w:rFonts w:ascii="Aptos Display" w:hAnsi="Aptos Display"/>
          <w:b/>
          <w:bCs/>
          <w:sz w:val="28"/>
          <w:szCs w:val="28"/>
        </w:rPr>
        <w:t xml:space="preserve"> </w:t>
      </w:r>
      <w:r w:rsidRPr="008F700F">
        <w:rPr>
          <w:rFonts w:ascii="Aptos Display" w:hAnsi="Aptos Display"/>
          <w:sz w:val="28"/>
          <w:szCs w:val="28"/>
        </w:rPr>
        <w:t>"That's excellent.</w:t>
      </w:r>
      <w:r w:rsidR="00111D43" w:rsidRPr="008F700F">
        <w:rPr>
          <w:rFonts w:ascii="Aptos Display" w:hAnsi="Aptos Display"/>
          <w:sz w:val="28"/>
          <w:szCs w:val="28"/>
        </w:rPr>
        <w:t xml:space="preserve"> Then </w:t>
      </w:r>
      <w:r w:rsidR="00111D43" w:rsidRPr="008F700F">
        <w:rPr>
          <w:rFonts w:ascii="Aptos Display" w:hAnsi="Aptos Display"/>
          <w:b/>
          <w:bCs/>
          <w:color w:val="F79646" w:themeColor="accent6"/>
          <w:sz w:val="28"/>
          <w:szCs w:val="28"/>
        </w:rPr>
        <w:t>AVA</w:t>
      </w:r>
      <w:r w:rsidR="00111D43" w:rsidRPr="008F700F">
        <w:rPr>
          <w:rFonts w:ascii="Aptos Display" w:hAnsi="Aptos Display"/>
          <w:sz w:val="28"/>
          <w:szCs w:val="28"/>
        </w:rPr>
        <w:t xml:space="preserve"> may not be about increasing acceptance for you</w:t>
      </w:r>
      <w:r w:rsidR="00036CD6" w:rsidRPr="008F700F">
        <w:rPr>
          <w:rFonts w:ascii="Aptos Display" w:hAnsi="Aptos Display"/>
          <w:sz w:val="28"/>
          <w:szCs w:val="28"/>
        </w:rPr>
        <w:t xml:space="preserve">, but </w:t>
      </w:r>
      <w:proofErr w:type="gramStart"/>
      <w:r w:rsidR="00111D43" w:rsidRPr="008F700F">
        <w:rPr>
          <w:rFonts w:ascii="Aptos Display" w:hAnsi="Aptos Display"/>
          <w:sz w:val="28"/>
          <w:szCs w:val="28"/>
        </w:rPr>
        <w:t>It</w:t>
      </w:r>
      <w:proofErr w:type="gramEnd"/>
      <w:r w:rsidR="00111D43" w:rsidRPr="008F700F">
        <w:rPr>
          <w:rFonts w:ascii="Aptos Display" w:hAnsi="Aptos Display"/>
          <w:sz w:val="28"/>
          <w:szCs w:val="28"/>
        </w:rPr>
        <w:t xml:space="preserve"> helps patients understand faster, reduces explanation time, standardizes consultations across the practice, provides a personalized report patients can review at home, and supports acceptance of larger treatment plans.</w:t>
      </w:r>
    </w:p>
    <w:p w14:paraId="196FD894" w14:textId="72E2D25B" w:rsidR="007B7730" w:rsidRPr="008F700F" w:rsidRDefault="00111D43" w:rsidP="00111D43">
      <w:pPr>
        <w:spacing w:line="240" w:lineRule="auto"/>
        <w:rPr>
          <w:rFonts w:ascii="Aptos Display" w:hAnsi="Aptos Display"/>
          <w:sz w:val="28"/>
          <w:szCs w:val="28"/>
        </w:rPr>
      </w:pPr>
      <w:r w:rsidRPr="008F700F">
        <w:rPr>
          <w:rFonts w:ascii="Aptos Display" w:hAnsi="Aptos Display"/>
          <w:sz w:val="28"/>
          <w:szCs w:val="28"/>
        </w:rPr>
        <w:t>For many high-performing practices, the time saved during consultations is just as valuable as improving treatment acceptance."</w:t>
      </w:r>
    </w:p>
    <w:p w14:paraId="59F90461"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don't need more patients"</w:t>
      </w:r>
    </w:p>
    <w:p w14:paraId="4129E6BD"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don't need more patients."</w:t>
      </w:r>
    </w:p>
    <w:p w14:paraId="04C7F879" w14:textId="0AD9C8BA" w:rsidR="00EC3E26" w:rsidRPr="008F700F" w:rsidRDefault="007B7730" w:rsidP="00EC3E26">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EC3E26" w:rsidRPr="008F700F">
        <w:rPr>
          <w:rFonts w:ascii="Aptos Display" w:hAnsi="Aptos Display"/>
          <w:sz w:val="28"/>
          <w:szCs w:val="28"/>
        </w:rPr>
        <w:t xml:space="preserve">"That's exactly why </w:t>
      </w:r>
      <w:r w:rsidR="00EC3E26" w:rsidRPr="008F700F">
        <w:rPr>
          <w:rFonts w:ascii="Aptos Display" w:hAnsi="Aptos Display"/>
          <w:b/>
          <w:bCs/>
          <w:color w:val="F79646" w:themeColor="accent6"/>
          <w:sz w:val="28"/>
          <w:szCs w:val="28"/>
        </w:rPr>
        <w:t>AVA</w:t>
      </w:r>
      <w:r w:rsidR="00EC3E26" w:rsidRPr="008F700F">
        <w:rPr>
          <w:rFonts w:ascii="Aptos Display" w:hAnsi="Aptos Display"/>
          <w:sz w:val="28"/>
          <w:szCs w:val="28"/>
        </w:rPr>
        <w:t xml:space="preserve"> is so interesting. It</w:t>
      </w:r>
      <w:r w:rsidR="00A1012C" w:rsidRPr="008F700F">
        <w:rPr>
          <w:rFonts w:ascii="Aptos Display" w:hAnsi="Aptos Display"/>
          <w:sz w:val="28"/>
          <w:szCs w:val="28"/>
        </w:rPr>
        <w:t xml:space="preserve"> work</w:t>
      </w:r>
      <w:r w:rsidR="00EC3E26" w:rsidRPr="008F700F">
        <w:rPr>
          <w:rFonts w:ascii="Aptos Display" w:hAnsi="Aptos Display"/>
          <w:sz w:val="28"/>
          <w:szCs w:val="28"/>
        </w:rPr>
        <w:t xml:space="preserve">s </w:t>
      </w:r>
      <w:r w:rsidR="00A1012C" w:rsidRPr="008F700F">
        <w:rPr>
          <w:rFonts w:ascii="Aptos Display" w:hAnsi="Aptos Display"/>
          <w:sz w:val="28"/>
          <w:szCs w:val="28"/>
        </w:rPr>
        <w:t xml:space="preserve">on </w:t>
      </w:r>
      <w:r w:rsidR="00EC3E26" w:rsidRPr="008F700F">
        <w:rPr>
          <w:rFonts w:ascii="Aptos Display" w:hAnsi="Aptos Display"/>
          <w:sz w:val="28"/>
          <w:szCs w:val="28"/>
        </w:rPr>
        <w:t xml:space="preserve">the same patient, </w:t>
      </w:r>
      <w:r w:rsidR="00A1012C" w:rsidRPr="008F700F">
        <w:rPr>
          <w:rFonts w:ascii="Aptos Display" w:hAnsi="Aptos Display"/>
          <w:sz w:val="28"/>
          <w:szCs w:val="28"/>
        </w:rPr>
        <w:t xml:space="preserve">with </w:t>
      </w:r>
      <w:r w:rsidR="00EC3E26" w:rsidRPr="008F700F">
        <w:rPr>
          <w:rFonts w:ascii="Aptos Display" w:hAnsi="Aptos Display"/>
          <w:sz w:val="28"/>
          <w:szCs w:val="28"/>
        </w:rPr>
        <w:t xml:space="preserve">the same dentist, and </w:t>
      </w:r>
      <w:r w:rsidR="00A1012C" w:rsidRPr="008F700F">
        <w:rPr>
          <w:rFonts w:ascii="Aptos Display" w:hAnsi="Aptos Display"/>
          <w:sz w:val="28"/>
          <w:szCs w:val="28"/>
        </w:rPr>
        <w:t xml:space="preserve">during </w:t>
      </w:r>
      <w:r w:rsidR="00EC3E26" w:rsidRPr="008F700F">
        <w:rPr>
          <w:rFonts w:ascii="Aptos Display" w:hAnsi="Aptos Display"/>
          <w:sz w:val="28"/>
          <w:szCs w:val="28"/>
        </w:rPr>
        <w:t>the same appointment.</w:t>
      </w:r>
      <w:r w:rsidR="00107707" w:rsidRPr="008F700F">
        <w:rPr>
          <w:rFonts w:ascii="Aptos Display" w:hAnsi="Aptos Display"/>
          <w:sz w:val="28"/>
          <w:szCs w:val="28"/>
        </w:rPr>
        <w:t xml:space="preserve"> </w:t>
      </w:r>
      <w:r w:rsidR="00EC3E26" w:rsidRPr="008F700F">
        <w:rPr>
          <w:rFonts w:ascii="Aptos Display" w:hAnsi="Aptos Display"/>
          <w:b/>
          <w:bCs/>
          <w:color w:val="F79646" w:themeColor="accent6"/>
          <w:sz w:val="28"/>
          <w:szCs w:val="28"/>
        </w:rPr>
        <w:t>AVA</w:t>
      </w:r>
      <w:r w:rsidR="00EC3E26" w:rsidRPr="008F700F">
        <w:rPr>
          <w:rFonts w:ascii="Aptos Display" w:hAnsi="Aptos Display"/>
          <w:sz w:val="28"/>
          <w:szCs w:val="28"/>
        </w:rPr>
        <w:t xml:space="preserve"> simply helps identify, visualize, and communicate more treatment opportunities, making it easier for patients to understand and accept the care they need.</w:t>
      </w:r>
    </w:p>
    <w:p w14:paraId="46E0A2BA" w14:textId="723F02F3" w:rsidR="007B7730" w:rsidRPr="008F700F" w:rsidRDefault="00EC3E26" w:rsidP="00EC3E26">
      <w:pPr>
        <w:spacing w:line="240" w:lineRule="auto"/>
        <w:rPr>
          <w:rFonts w:ascii="Aptos Display" w:hAnsi="Aptos Display"/>
          <w:sz w:val="28"/>
          <w:szCs w:val="28"/>
          <w:highlight w:val="yellow"/>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helps you do more for </w:t>
      </w:r>
      <w:r w:rsidR="00E16212" w:rsidRPr="008F700F">
        <w:rPr>
          <w:rFonts w:ascii="Aptos Display" w:hAnsi="Aptos Display"/>
          <w:sz w:val="28"/>
          <w:szCs w:val="28"/>
        </w:rPr>
        <w:t>your</w:t>
      </w:r>
      <w:r w:rsidRPr="008F700F">
        <w:rPr>
          <w:rFonts w:ascii="Aptos Display" w:hAnsi="Aptos Display"/>
          <w:sz w:val="28"/>
          <w:szCs w:val="28"/>
        </w:rPr>
        <w:t xml:space="preserve"> patients"</w:t>
      </w:r>
    </w:p>
    <w:p w14:paraId="32CF8985"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schedule is already full"</w:t>
      </w:r>
    </w:p>
    <w:p w14:paraId="5EDB85E3"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"My schedule is already full."</w:t>
      </w:r>
    </w:p>
    <w:p w14:paraId="3796C9E3" w14:textId="70856373" w:rsidR="007B7730" w:rsidRPr="008F700F" w:rsidRDefault="007B7730" w:rsidP="00473446">
      <w:pPr>
        <w:spacing w:line="240" w:lineRule="auto"/>
        <w:rPr>
          <w:rFonts w:ascii="Aptos Display" w:hAnsi="Aptos Display"/>
          <w:sz w:val="28"/>
          <w:szCs w:val="28"/>
          <w:highlight w:val="yellow"/>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473446" w:rsidRPr="008F700F">
        <w:rPr>
          <w:rFonts w:ascii="Aptos Display" w:hAnsi="Aptos Display"/>
          <w:sz w:val="28"/>
          <w:szCs w:val="28"/>
        </w:rPr>
        <w:t xml:space="preserve">"That's exactly why </w:t>
      </w:r>
      <w:r w:rsidR="00473446" w:rsidRPr="008F700F">
        <w:rPr>
          <w:rFonts w:ascii="Aptos Display" w:hAnsi="Aptos Display"/>
          <w:b/>
          <w:bCs/>
          <w:color w:val="F79646" w:themeColor="accent6"/>
          <w:sz w:val="28"/>
          <w:szCs w:val="28"/>
        </w:rPr>
        <w:t>AVA</w:t>
      </w:r>
      <w:r w:rsidR="00473446" w:rsidRPr="008F700F">
        <w:rPr>
          <w:rFonts w:ascii="Aptos Display" w:hAnsi="Aptos Display"/>
          <w:sz w:val="28"/>
          <w:szCs w:val="28"/>
        </w:rPr>
        <w:t xml:space="preserve"> can be valuable. </w:t>
      </w:r>
      <w:r w:rsidR="00473446" w:rsidRPr="008F700F">
        <w:rPr>
          <w:rFonts w:ascii="Aptos Display" w:hAnsi="Aptos Display"/>
          <w:b/>
          <w:bCs/>
          <w:color w:val="F79646" w:themeColor="accent6"/>
          <w:sz w:val="28"/>
          <w:szCs w:val="28"/>
        </w:rPr>
        <w:t>AVA</w:t>
      </w:r>
      <w:r w:rsidR="00473446" w:rsidRPr="008F700F">
        <w:rPr>
          <w:rFonts w:ascii="Aptos Display" w:hAnsi="Aptos Display"/>
          <w:sz w:val="28"/>
          <w:szCs w:val="28"/>
        </w:rPr>
        <w:t xml:space="preserve"> helps patients understand faster, reduces explanation time, and makes consultations more efficient. The time saved can be used to treat more patients, spend more time on complex cases, or simply give you more time for yourself."</w:t>
      </w:r>
    </w:p>
    <w:p w14:paraId="6D919425" w14:textId="12E7AE41" w:rsidR="007B7730" w:rsidRPr="008F700F" w:rsidRDefault="007B7730" w:rsidP="003E5D75">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W</w:t>
      </w:r>
      <w:r w:rsidR="003E5D75" w:rsidRPr="008F700F">
        <w:rPr>
          <w:rFonts w:ascii="Aptos Display" w:hAnsi="Aptos Display"/>
          <w:color w:val="000000" w:themeColor="text1"/>
          <w:sz w:val="48"/>
          <w:szCs w:val="48"/>
        </w:rPr>
        <w:t>or</w:t>
      </w:r>
      <w:r w:rsidR="005201D6" w:rsidRPr="008F700F">
        <w:rPr>
          <w:rFonts w:ascii="Aptos Display" w:hAnsi="Aptos Display"/>
          <w:color w:val="000000" w:themeColor="text1"/>
          <w:sz w:val="48"/>
          <w:szCs w:val="48"/>
        </w:rPr>
        <w:t>kflow &amp; Implementation</w:t>
      </w:r>
    </w:p>
    <w:p w14:paraId="04ED3832"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don't have time"</w:t>
      </w:r>
    </w:p>
    <w:p w14:paraId="1B91873F"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don't have time."</w:t>
      </w:r>
    </w:p>
    <w:p w14:paraId="4C831968" w14:textId="77777777" w:rsidR="00157BDD" w:rsidRPr="008F700F" w:rsidRDefault="007B7730" w:rsidP="00157BDD">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157BDD" w:rsidRPr="008F700F">
        <w:rPr>
          <w:rFonts w:ascii="Aptos Display" w:hAnsi="Aptos Display"/>
          <w:sz w:val="28"/>
          <w:szCs w:val="28"/>
        </w:rPr>
        <w:t xml:space="preserve">"That's exactly why </w:t>
      </w:r>
      <w:r w:rsidR="00157BDD" w:rsidRPr="008F700F">
        <w:rPr>
          <w:rFonts w:ascii="Aptos Display" w:hAnsi="Aptos Display"/>
          <w:b/>
          <w:bCs/>
          <w:color w:val="F79646" w:themeColor="accent6"/>
          <w:sz w:val="28"/>
          <w:szCs w:val="28"/>
        </w:rPr>
        <w:t>AVA</w:t>
      </w:r>
      <w:r w:rsidR="00157BDD" w:rsidRPr="008F700F">
        <w:rPr>
          <w:rFonts w:ascii="Aptos Display" w:hAnsi="Aptos Display"/>
          <w:sz w:val="28"/>
          <w:szCs w:val="28"/>
        </w:rPr>
        <w:t xml:space="preserve"> can help. </w:t>
      </w:r>
      <w:r w:rsidR="00157BDD" w:rsidRPr="008F700F">
        <w:rPr>
          <w:rFonts w:ascii="Aptos Display" w:hAnsi="Aptos Display"/>
          <w:b/>
          <w:bCs/>
          <w:color w:val="F79646" w:themeColor="accent6"/>
          <w:sz w:val="28"/>
          <w:szCs w:val="28"/>
        </w:rPr>
        <w:t>AVA</w:t>
      </w:r>
      <w:r w:rsidR="00157BDD" w:rsidRPr="008F700F">
        <w:rPr>
          <w:rFonts w:ascii="Aptos Display" w:hAnsi="Aptos Display"/>
          <w:sz w:val="28"/>
          <w:szCs w:val="28"/>
        </w:rPr>
        <w:t xml:space="preserve"> was designed to save time, not add time. Patients understand faster, require fewer explanations, and make decisions more quickly because they can clearly see and understand their condition. Many dentists find that </w:t>
      </w:r>
      <w:r w:rsidR="00157BDD" w:rsidRPr="008F700F">
        <w:rPr>
          <w:rFonts w:ascii="Aptos Display" w:hAnsi="Aptos Display"/>
          <w:b/>
          <w:bCs/>
          <w:color w:val="F79646" w:themeColor="accent6"/>
          <w:sz w:val="28"/>
          <w:szCs w:val="28"/>
        </w:rPr>
        <w:t>AVA</w:t>
      </w:r>
      <w:r w:rsidR="00157BDD" w:rsidRPr="008F700F">
        <w:rPr>
          <w:rFonts w:ascii="Aptos Display" w:hAnsi="Aptos Display"/>
          <w:sz w:val="28"/>
          <w:szCs w:val="28"/>
        </w:rPr>
        <w:t xml:space="preserve"> actually gives them time back during the day."</w:t>
      </w:r>
    </w:p>
    <w:p w14:paraId="207679E7"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"My team won't use it"</w:t>
      </w:r>
    </w:p>
    <w:p w14:paraId="7C2F61AA"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"My team won't use it."</w:t>
      </w:r>
    </w:p>
    <w:p w14:paraId="5EF428A0" w14:textId="0739A013" w:rsidR="00A40CA6" w:rsidRPr="008F700F" w:rsidRDefault="007B7730" w:rsidP="00A40CA6">
      <w:pPr>
        <w:spacing w:line="240" w:lineRule="auto"/>
        <w:rPr>
          <w:rFonts w:ascii="Aptos Display" w:hAnsi="Aptos Display"/>
          <w:sz w:val="28"/>
          <w:szCs w:val="28"/>
        </w:rPr>
      </w:pPr>
      <w:r w:rsidRPr="008F700F">
        <w:rPr>
          <w:rFonts w:ascii="Aptos Display" w:hAnsi="Aptos Display"/>
          <w:b/>
          <w:bCs/>
          <w:sz w:val="28"/>
          <w:szCs w:val="28"/>
        </w:rPr>
        <w:lastRenderedPageBreak/>
        <w:t>You:</w:t>
      </w:r>
      <w:r w:rsidR="00F12E5A" w:rsidRPr="008F700F">
        <w:rPr>
          <w:rFonts w:ascii="Aptos Display" w:hAnsi="Aptos Display"/>
          <w:b/>
          <w:bCs/>
          <w:sz w:val="28"/>
          <w:szCs w:val="28"/>
        </w:rPr>
        <w:t xml:space="preserve"> </w:t>
      </w:r>
      <w:r w:rsidR="00A40CA6" w:rsidRPr="008F700F">
        <w:rPr>
          <w:rFonts w:ascii="Aptos Display" w:hAnsi="Aptos Display"/>
          <w:sz w:val="28"/>
          <w:szCs w:val="28"/>
        </w:rPr>
        <w:t>"Actually, your team is likely to love it.</w:t>
      </w:r>
      <w:r w:rsidR="00A40CA6" w:rsidRPr="008F700F">
        <w:rPr>
          <w:rFonts w:ascii="Aptos Display" w:hAnsi="Aptos Display"/>
          <w:b/>
          <w:bCs/>
          <w:color w:val="F79646" w:themeColor="accent6"/>
          <w:sz w:val="28"/>
          <w:szCs w:val="28"/>
        </w:rPr>
        <w:t xml:space="preserve"> AVA</w:t>
      </w:r>
      <w:r w:rsidR="00A40CA6" w:rsidRPr="008F700F">
        <w:rPr>
          <w:rFonts w:ascii="Aptos Display" w:hAnsi="Aptos Display"/>
          <w:color w:val="F79646" w:themeColor="accent6"/>
          <w:sz w:val="28"/>
          <w:szCs w:val="28"/>
        </w:rPr>
        <w:t xml:space="preserve"> </w:t>
      </w:r>
      <w:r w:rsidR="00A40CA6" w:rsidRPr="008F700F">
        <w:rPr>
          <w:rFonts w:ascii="Aptos Display" w:hAnsi="Aptos Display"/>
          <w:sz w:val="28"/>
          <w:szCs w:val="28"/>
        </w:rPr>
        <w:t>can be used during pre-consultation, helping the team prepare the case before you see the patient. It saves time, improves workflow efficiency, and creates a much more engaging experience for patients.</w:t>
      </w:r>
    </w:p>
    <w:p w14:paraId="0864F388" w14:textId="19925CB4" w:rsidR="007B7730" w:rsidRPr="008F700F" w:rsidRDefault="00A40CA6" w:rsidP="00A40CA6">
      <w:pPr>
        <w:spacing w:line="240" w:lineRule="auto"/>
        <w:rPr>
          <w:rFonts w:ascii="Aptos Display" w:hAnsi="Aptos Display"/>
          <w:sz w:val="28"/>
          <w:szCs w:val="28"/>
          <w:highlight w:val="yellow"/>
        </w:rPr>
      </w:pPr>
      <w:r w:rsidRPr="008F700F">
        <w:rPr>
          <w:rFonts w:ascii="Aptos Display" w:hAnsi="Aptos Display"/>
          <w:sz w:val="28"/>
          <w:szCs w:val="28"/>
        </w:rPr>
        <w:t>Most teams quickly adopt it because it makes their job easier, not harder."</w:t>
      </w:r>
    </w:p>
    <w:p w14:paraId="23DF4D20"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don't want another software"</w:t>
      </w:r>
    </w:p>
    <w:p w14:paraId="489E7840"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don't want another software."</w:t>
      </w:r>
    </w:p>
    <w:p w14:paraId="7C85BF4C" w14:textId="1283FA0A" w:rsidR="00781AC9" w:rsidRPr="008F700F" w:rsidRDefault="007B7730" w:rsidP="00781AC9">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781AC9" w:rsidRPr="008F700F">
        <w:rPr>
          <w:rFonts w:ascii="Aptos Display" w:hAnsi="Aptos Display"/>
          <w:sz w:val="28"/>
          <w:szCs w:val="28"/>
        </w:rPr>
        <w:t xml:space="preserve">"I understand. But </w:t>
      </w:r>
      <w:r w:rsidR="00781AC9" w:rsidRPr="008F700F">
        <w:rPr>
          <w:rFonts w:ascii="Aptos Display" w:hAnsi="Aptos Display"/>
          <w:b/>
          <w:bCs/>
          <w:color w:val="F79646" w:themeColor="accent6"/>
          <w:sz w:val="28"/>
          <w:szCs w:val="28"/>
        </w:rPr>
        <w:t>AVA</w:t>
      </w:r>
      <w:r w:rsidR="00781AC9" w:rsidRPr="008F700F">
        <w:rPr>
          <w:rFonts w:ascii="Aptos Display" w:hAnsi="Aptos Display"/>
          <w:sz w:val="28"/>
          <w:szCs w:val="28"/>
        </w:rPr>
        <w:t xml:space="preserve"> is much more than another software. It's an </w:t>
      </w:r>
      <w:r w:rsidR="00781AC9" w:rsidRPr="008F700F">
        <w:rPr>
          <w:rFonts w:ascii="Aptos Display" w:hAnsi="Aptos Display"/>
          <w:b/>
          <w:bCs/>
          <w:sz w:val="28"/>
          <w:szCs w:val="28"/>
        </w:rPr>
        <w:t xml:space="preserve">AI Copilot </w:t>
      </w:r>
      <w:r w:rsidR="00781AC9" w:rsidRPr="008F700F">
        <w:rPr>
          <w:rFonts w:ascii="Aptos Display" w:hAnsi="Aptos Display"/>
          <w:sz w:val="28"/>
          <w:szCs w:val="28"/>
        </w:rPr>
        <w:t>that helps you identify findings, communicate more effectively with patients, generate treatment presentations, and save time during consultations.</w:t>
      </w:r>
    </w:p>
    <w:p w14:paraId="52DEDF12" w14:textId="427D926E" w:rsidR="007B7730" w:rsidRPr="008F700F" w:rsidRDefault="00781AC9" w:rsidP="00781AC9">
      <w:pPr>
        <w:spacing w:line="240" w:lineRule="auto"/>
        <w:rPr>
          <w:rFonts w:ascii="Aptos Display" w:hAnsi="Aptos Display"/>
          <w:sz w:val="28"/>
          <w:szCs w:val="28"/>
        </w:rPr>
      </w:pPr>
      <w:r w:rsidRPr="008F700F">
        <w:rPr>
          <w:rFonts w:ascii="Aptos Display" w:hAnsi="Aptos Display"/>
          <w:sz w:val="28"/>
          <w:szCs w:val="28"/>
        </w:rPr>
        <w:t>The goal isn't to give you another system to manage, it's to give you an intelligent assistant that makes your job easier."</w:t>
      </w:r>
    </w:p>
    <w:p w14:paraId="4B208484"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"I'm too busy to learn something new"</w:t>
      </w:r>
    </w:p>
    <w:p w14:paraId="398897AB"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"I'm too busy to learn another system."</w:t>
      </w:r>
    </w:p>
    <w:p w14:paraId="56FE5F87" w14:textId="09BEBA27" w:rsidR="007B7730" w:rsidRPr="008F700F" w:rsidRDefault="007B7730" w:rsidP="00EC0C12">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EC0C12" w:rsidRPr="008F700F">
        <w:rPr>
          <w:rFonts w:ascii="Aptos Display" w:hAnsi="Aptos Display"/>
          <w:sz w:val="28"/>
          <w:szCs w:val="28"/>
        </w:rPr>
        <w:t xml:space="preserve">"That's exactly why </w:t>
      </w:r>
      <w:r w:rsidR="00EC0C12" w:rsidRPr="008F700F">
        <w:rPr>
          <w:rFonts w:ascii="Aptos Display" w:hAnsi="Aptos Display"/>
          <w:b/>
          <w:bCs/>
          <w:color w:val="F79646" w:themeColor="accent6"/>
          <w:sz w:val="28"/>
          <w:szCs w:val="28"/>
        </w:rPr>
        <w:t>AVA</w:t>
      </w:r>
      <w:r w:rsidR="00EC0C12" w:rsidRPr="008F700F">
        <w:rPr>
          <w:rFonts w:ascii="Aptos Display" w:hAnsi="Aptos Display"/>
          <w:sz w:val="28"/>
          <w:szCs w:val="28"/>
        </w:rPr>
        <w:t xml:space="preserve"> was designed to be simple. In a few seconds, </w:t>
      </w:r>
      <w:r w:rsidR="00EC0C12" w:rsidRPr="008F700F">
        <w:rPr>
          <w:rFonts w:ascii="Aptos Display" w:hAnsi="Aptos Display"/>
          <w:b/>
          <w:bCs/>
          <w:color w:val="F79646" w:themeColor="accent6"/>
          <w:sz w:val="28"/>
          <w:szCs w:val="28"/>
        </w:rPr>
        <w:t>AVA</w:t>
      </w:r>
      <w:r w:rsidR="00EC0C12" w:rsidRPr="008F700F">
        <w:rPr>
          <w:rFonts w:ascii="Aptos Display" w:hAnsi="Aptos Display"/>
          <w:sz w:val="28"/>
          <w:szCs w:val="28"/>
        </w:rPr>
        <w:t xml:space="preserve"> captures the patient's mouth, automatically generates the findings, and prepares the consultation. You simply review the findings and discuss them with the patient."</w:t>
      </w:r>
    </w:p>
    <w:p w14:paraId="77A395A2"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"Will it integrate with my PMS?"</w:t>
      </w:r>
    </w:p>
    <w:p w14:paraId="59B04EA7"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"Will it integrate with my PMS?"</w:t>
      </w:r>
    </w:p>
    <w:p w14:paraId="5F5C5CEE" w14:textId="27FC1CD2" w:rsidR="007B7730" w:rsidRPr="008F700F" w:rsidRDefault="007B7730" w:rsidP="00A55714">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A55714" w:rsidRPr="008F700F">
        <w:rPr>
          <w:rFonts w:ascii="Aptos Display" w:hAnsi="Aptos Display"/>
          <w:sz w:val="28"/>
          <w:szCs w:val="28"/>
        </w:rPr>
        <w:t>"</w:t>
      </w:r>
      <w:r w:rsidR="00A55714" w:rsidRPr="008F700F">
        <w:rPr>
          <w:rFonts w:ascii="Aptos Display" w:hAnsi="Aptos Display"/>
          <w:b/>
          <w:bCs/>
          <w:color w:val="F79646" w:themeColor="accent6"/>
          <w:sz w:val="28"/>
          <w:szCs w:val="28"/>
        </w:rPr>
        <w:t>AVA</w:t>
      </w:r>
      <w:r w:rsidR="00A55714" w:rsidRPr="008F700F">
        <w:rPr>
          <w:rFonts w:ascii="Aptos Display" w:hAnsi="Aptos Display"/>
          <w:sz w:val="28"/>
          <w:szCs w:val="28"/>
        </w:rPr>
        <w:t xml:space="preserve"> already integrates with several PMS platforms, and we are actively working with other software providers to expand compatibility. We've designed </w:t>
      </w:r>
      <w:r w:rsidR="00A55714" w:rsidRPr="008F700F">
        <w:rPr>
          <w:rFonts w:ascii="Aptos Display" w:hAnsi="Aptos Display"/>
          <w:b/>
          <w:bCs/>
          <w:color w:val="F79646" w:themeColor="accent6"/>
          <w:sz w:val="28"/>
          <w:szCs w:val="28"/>
        </w:rPr>
        <w:t>AVA</w:t>
      </w:r>
      <w:r w:rsidR="00A55714" w:rsidRPr="008F700F">
        <w:rPr>
          <w:rFonts w:ascii="Aptos Display" w:hAnsi="Aptos Display"/>
          <w:sz w:val="28"/>
          <w:szCs w:val="28"/>
        </w:rPr>
        <w:t xml:space="preserve"> around a simple API architecture, making integration straightforward for PMS vendors.</w:t>
      </w:r>
      <w:r w:rsidR="007527D6" w:rsidRPr="008F700F">
        <w:rPr>
          <w:rFonts w:ascii="Aptos Display" w:hAnsi="Aptos Display"/>
          <w:sz w:val="28"/>
          <w:szCs w:val="28"/>
        </w:rPr>
        <w:t xml:space="preserve"> </w:t>
      </w:r>
      <w:r w:rsidR="00A55714" w:rsidRPr="008F700F">
        <w:rPr>
          <w:rFonts w:ascii="Aptos Display" w:hAnsi="Aptos Display"/>
          <w:sz w:val="28"/>
          <w:szCs w:val="28"/>
        </w:rPr>
        <w:t xml:space="preserve">And even if your PMS is not yet integrated, </w:t>
      </w:r>
      <w:r w:rsidR="00A55714" w:rsidRPr="008F700F">
        <w:rPr>
          <w:rFonts w:ascii="Aptos Display" w:hAnsi="Aptos Display"/>
          <w:b/>
          <w:bCs/>
          <w:color w:val="F79646" w:themeColor="accent6"/>
          <w:sz w:val="28"/>
          <w:szCs w:val="28"/>
        </w:rPr>
        <w:t>AVA</w:t>
      </w:r>
      <w:r w:rsidR="00A55714" w:rsidRPr="008F700F">
        <w:rPr>
          <w:rFonts w:ascii="Aptos Display" w:hAnsi="Aptos Display"/>
          <w:sz w:val="28"/>
          <w:szCs w:val="28"/>
        </w:rPr>
        <w:t xml:space="preserve"> can still be used immediately in your practice."</w:t>
      </w:r>
    </w:p>
    <w:p w14:paraId="7565FF22" w14:textId="135AC95D" w:rsidR="007B7730" w:rsidRPr="008F700F" w:rsidRDefault="007B7730" w:rsidP="003E5D75">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R</w:t>
      </w:r>
      <w:r w:rsidR="005201D6" w:rsidRPr="008F700F">
        <w:rPr>
          <w:rFonts w:ascii="Aptos Display" w:hAnsi="Aptos Display"/>
          <w:color w:val="000000" w:themeColor="text1"/>
          <w:sz w:val="48"/>
          <w:szCs w:val="48"/>
        </w:rPr>
        <w:t>egulatory &amp; Data Security</w:t>
      </w:r>
    </w:p>
    <w:p w14:paraId="64F9B209"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"Is AVA FDA cleared / CE marked?"</w:t>
      </w:r>
    </w:p>
    <w:p w14:paraId="5A2FF8AE"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"Is </w:t>
      </w: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FDA cleared / CE marked?"</w:t>
      </w:r>
    </w:p>
    <w:p w14:paraId="5F98A8F2" w14:textId="77777777" w:rsidR="00207A81" w:rsidRPr="008F700F" w:rsidRDefault="007B7730" w:rsidP="00207A81">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207A81" w:rsidRPr="008F700F">
        <w:rPr>
          <w:rFonts w:ascii="Aptos Display" w:hAnsi="Aptos Display"/>
          <w:sz w:val="28"/>
          <w:szCs w:val="28"/>
        </w:rPr>
        <w:t xml:space="preserve">"Absolutely. Regulatory compliance and patient safety are top priorities for </w:t>
      </w:r>
      <w:r w:rsidR="00207A81" w:rsidRPr="008F700F">
        <w:rPr>
          <w:rFonts w:ascii="Aptos Display" w:hAnsi="Aptos Display"/>
          <w:b/>
          <w:bCs/>
          <w:color w:val="F79646" w:themeColor="accent6"/>
          <w:sz w:val="28"/>
          <w:szCs w:val="28"/>
        </w:rPr>
        <w:t>3DISC</w:t>
      </w:r>
      <w:r w:rsidR="00207A81" w:rsidRPr="008F700F">
        <w:rPr>
          <w:rFonts w:ascii="Aptos Display" w:hAnsi="Aptos Display"/>
          <w:sz w:val="28"/>
          <w:szCs w:val="28"/>
        </w:rPr>
        <w:t>.</w:t>
      </w:r>
    </w:p>
    <w:p w14:paraId="67119519" w14:textId="5F345FE7" w:rsidR="00207A81" w:rsidRPr="008F700F" w:rsidRDefault="00207A81" w:rsidP="00207A81">
      <w:pPr>
        <w:spacing w:line="240" w:lineRule="auto"/>
        <w:rPr>
          <w:rFonts w:ascii="Aptos Display" w:hAnsi="Aptos Display"/>
          <w:sz w:val="28"/>
          <w:szCs w:val="28"/>
        </w:rPr>
      </w:pPr>
      <w:r w:rsidRPr="008F700F">
        <w:rPr>
          <w:rFonts w:ascii="Aptos Display" w:hAnsi="Aptos Display"/>
          <w:sz w:val="28"/>
          <w:szCs w:val="28"/>
        </w:rPr>
        <w:t>AVA complies with the regulatory requirements applicable in the markets</w:t>
      </w:r>
      <w:r w:rsidR="0048778C" w:rsidRPr="008F700F">
        <w:rPr>
          <w:rFonts w:ascii="Aptos Display" w:hAnsi="Aptos Display"/>
          <w:sz w:val="28"/>
          <w:szCs w:val="28"/>
        </w:rPr>
        <w:t xml:space="preserve">, </w:t>
      </w:r>
      <w:r w:rsidRPr="008F700F">
        <w:rPr>
          <w:rFonts w:ascii="Aptos Display" w:hAnsi="Aptos Display"/>
          <w:sz w:val="28"/>
          <w:szCs w:val="28"/>
        </w:rPr>
        <w:t xml:space="preserve">including </w:t>
      </w:r>
      <w:r w:rsidRPr="008F700F">
        <w:rPr>
          <w:rFonts w:ascii="Aptos Display" w:hAnsi="Aptos Display"/>
          <w:b/>
          <w:bCs/>
          <w:sz w:val="28"/>
          <w:szCs w:val="28"/>
        </w:rPr>
        <w:t>CE, FDA,</w:t>
      </w:r>
      <w:r w:rsidRPr="008F700F">
        <w:rPr>
          <w:rFonts w:ascii="Aptos Display" w:hAnsi="Aptos Display"/>
          <w:sz w:val="28"/>
          <w:szCs w:val="28"/>
        </w:rPr>
        <w:t xml:space="preserve"> or other applicable certifications and registrations.</w:t>
      </w:r>
    </w:p>
    <w:p w14:paraId="07666579" w14:textId="5F4F2DDE" w:rsidR="002B7DA7" w:rsidRPr="008F700F" w:rsidRDefault="008F700F" w:rsidP="008F700F">
      <w:pPr>
        <w:spacing w:line="240" w:lineRule="auto"/>
        <w:rPr>
          <w:rFonts w:ascii="Aptos Display" w:hAnsi="Aptos Display"/>
          <w:sz w:val="28"/>
          <w:szCs w:val="28"/>
        </w:rPr>
      </w:pPr>
      <w:r w:rsidRPr="008F700F">
        <w:rPr>
          <w:rFonts w:ascii="Aptos Display" w:hAnsi="Aptos Display"/>
          <w:sz w:val="28"/>
          <w:szCs w:val="28"/>
        </w:rPr>
        <w:lastRenderedPageBreak/>
        <w:t xml:space="preserve">Most importantly, </w:t>
      </w:r>
      <w:r w:rsidRPr="007C2A0A">
        <w:rPr>
          <w:rFonts w:ascii="Aptos Display" w:hAnsi="Aptos Display"/>
          <w:b/>
          <w:bCs/>
          <w:color w:val="F79646" w:themeColor="accent6"/>
          <w:sz w:val="28"/>
          <w:szCs w:val="28"/>
        </w:rPr>
        <w:t>AVA</w:t>
      </w:r>
      <w:r w:rsidRPr="008F700F">
        <w:rPr>
          <w:rFonts w:ascii="Aptos Display" w:hAnsi="Aptos Display"/>
          <w:sz w:val="28"/>
          <w:szCs w:val="28"/>
        </w:rPr>
        <w:t xml:space="preserve"> was designed as a clinical support tool that is used following a clinical examination of the patient and designed to with a communication platform for the patient.</w:t>
      </w:r>
      <w:r w:rsidR="007C2A0A">
        <w:rPr>
          <w:rFonts w:ascii="Aptos Display" w:hAnsi="Aptos Display"/>
          <w:sz w:val="28"/>
          <w:szCs w:val="28"/>
        </w:rPr>
        <w:t xml:space="preserve"> </w:t>
      </w:r>
      <w:r w:rsidRPr="008F700F">
        <w:rPr>
          <w:rFonts w:ascii="Aptos Display" w:hAnsi="Aptos Display"/>
          <w:sz w:val="28"/>
          <w:szCs w:val="28"/>
        </w:rPr>
        <w:t xml:space="preserve">The dentist always </w:t>
      </w:r>
      <w:proofErr w:type="gramStart"/>
      <w:r w:rsidRPr="008F700F">
        <w:rPr>
          <w:rFonts w:ascii="Aptos Display" w:hAnsi="Aptos Display"/>
          <w:sz w:val="28"/>
          <w:szCs w:val="28"/>
        </w:rPr>
        <w:t>remaining</w:t>
      </w:r>
      <w:proofErr w:type="gramEnd"/>
      <w:r w:rsidRPr="008F700F">
        <w:rPr>
          <w:rFonts w:ascii="Aptos Display" w:hAnsi="Aptos Display"/>
          <w:sz w:val="28"/>
          <w:szCs w:val="28"/>
        </w:rPr>
        <w:t xml:space="preserve"> in control of all diagnosis and treatment recommendations."</w:t>
      </w:r>
    </w:p>
    <w:p w14:paraId="7C425FC5"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"Is patient data secure?"</w:t>
      </w:r>
    </w:p>
    <w:p w14:paraId="19610B9E"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"How secure is the data?"</w:t>
      </w:r>
    </w:p>
    <w:p w14:paraId="28EF7844" w14:textId="6C6BF718" w:rsidR="007B7730" w:rsidRPr="008F700F" w:rsidRDefault="007B7730" w:rsidP="005943CC">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5A3122" w:rsidRPr="005A3122">
        <w:rPr>
          <w:rFonts w:ascii="Aptos Display" w:hAnsi="Aptos Display"/>
          <w:sz w:val="28"/>
          <w:szCs w:val="28"/>
        </w:rPr>
        <w:t>"Patient data security is a top priority. All data is stored locally on the acquisition PC. Additionally, when sharing data it is fully protected, access is restricted to authorized users, and all processing is performed in compliance with applicable data protection regulations, including GDPR and requirements where applicable. And most importantly, patient data is never used for commercial purposes."</w:t>
      </w:r>
    </w:p>
    <w:p w14:paraId="05E5A10C" w14:textId="44453AA6" w:rsidR="007B7730" w:rsidRPr="008F700F" w:rsidRDefault="007B7730" w:rsidP="003E5D75">
      <w:pPr>
        <w:pStyle w:val="Titre2"/>
        <w:rPr>
          <w:rFonts w:ascii="Aptos Display" w:hAnsi="Aptos Display"/>
          <w:color w:val="000000" w:themeColor="text1"/>
          <w:sz w:val="48"/>
          <w:szCs w:val="48"/>
        </w:rPr>
      </w:pPr>
      <w:r w:rsidRPr="008F700F">
        <w:rPr>
          <w:rFonts w:ascii="Aptos Display" w:hAnsi="Aptos Display"/>
          <w:color w:val="000000" w:themeColor="text1"/>
          <w:sz w:val="48"/>
          <w:szCs w:val="48"/>
        </w:rPr>
        <w:t>C</w:t>
      </w:r>
      <w:r w:rsidR="005201D6" w:rsidRPr="008F700F">
        <w:rPr>
          <w:rFonts w:ascii="Aptos Display" w:hAnsi="Aptos Display"/>
          <w:color w:val="000000" w:themeColor="text1"/>
          <w:sz w:val="48"/>
          <w:szCs w:val="48"/>
        </w:rPr>
        <w:t>losing</w:t>
      </w:r>
      <w:r w:rsidR="006D3500" w:rsidRPr="008F700F">
        <w:rPr>
          <w:rFonts w:ascii="Aptos Display" w:hAnsi="Aptos Display"/>
          <w:color w:val="000000" w:themeColor="text1"/>
          <w:sz w:val="48"/>
          <w:szCs w:val="48"/>
        </w:rPr>
        <w:t xml:space="preserve"> Objections</w:t>
      </w:r>
    </w:p>
    <w:p w14:paraId="556002C1"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 will wait until the technology matures"</w:t>
      </w:r>
    </w:p>
    <w:p w14:paraId="5F568532"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 think I'll wait."</w:t>
      </w:r>
    </w:p>
    <w:p w14:paraId="6F831BCC" w14:textId="3608C8A6" w:rsidR="007B7730" w:rsidRPr="008F700F" w:rsidRDefault="007B7730" w:rsidP="00311DD7">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311DD7" w:rsidRPr="008F700F">
        <w:rPr>
          <w:rFonts w:ascii="Aptos Display" w:hAnsi="Aptos Display"/>
          <w:sz w:val="28"/>
          <w:szCs w:val="28"/>
        </w:rPr>
        <w:t xml:space="preserve">"Of course. But while technology continues to improve, your patients still need treatment today. Every day you wait for is another day where patients leave without fully understanding what you see and why treatment is needed. </w:t>
      </w:r>
      <w:r w:rsidR="00311DD7" w:rsidRPr="008F700F">
        <w:rPr>
          <w:rFonts w:ascii="Aptos Display" w:hAnsi="Aptos Display"/>
          <w:b/>
          <w:bCs/>
          <w:color w:val="F79646" w:themeColor="accent6"/>
          <w:sz w:val="28"/>
          <w:szCs w:val="28"/>
        </w:rPr>
        <w:t>AVA</w:t>
      </w:r>
      <w:r w:rsidR="00311DD7" w:rsidRPr="008F700F">
        <w:rPr>
          <w:rFonts w:ascii="Aptos Display" w:hAnsi="Aptos Display"/>
          <w:sz w:val="28"/>
          <w:szCs w:val="28"/>
        </w:rPr>
        <w:t xml:space="preserve"> will keep getting better through future updates. The benefits of better patient communication, time savings, and treatment acceptance can start immediately."</w:t>
      </w:r>
    </w:p>
    <w:p w14:paraId="13CE4990" w14:textId="77777777" w:rsidR="007B7730" w:rsidRPr="008F700F" w:rsidRDefault="007B7730" w:rsidP="007B7730">
      <w:pPr>
        <w:spacing w:after="0" w:line="240" w:lineRule="auto"/>
        <w:rPr>
          <w:rFonts w:ascii="Aptos Display" w:hAnsi="Aptos Display"/>
          <w:b/>
          <w:bCs/>
          <w:color w:val="F79646" w:themeColor="accent6"/>
          <w:sz w:val="36"/>
          <w:szCs w:val="36"/>
        </w:rPr>
      </w:pPr>
      <w:r w:rsidRPr="008F700F">
        <w:rPr>
          <w:rFonts w:ascii="Aptos Display" w:hAnsi="Aptos Display"/>
          <w:b/>
          <w:bCs/>
          <w:color w:val="F79646" w:themeColor="accent6"/>
          <w:sz w:val="36"/>
          <w:szCs w:val="36"/>
        </w:rPr>
        <w:t>Objection – "It sounds interesting, but I need to think about it"</w:t>
      </w:r>
    </w:p>
    <w:p w14:paraId="6BE8D4E1" w14:textId="77777777" w:rsidR="007B7730" w:rsidRPr="008F700F" w:rsidRDefault="007B7730" w:rsidP="00D05414">
      <w:pPr>
        <w:spacing w:line="240" w:lineRule="auto"/>
        <w:rPr>
          <w:rFonts w:ascii="Aptos Display" w:hAnsi="Aptos Display"/>
          <w:sz w:val="28"/>
          <w:szCs w:val="28"/>
        </w:rPr>
      </w:pPr>
      <w:r w:rsidRPr="008F700F">
        <w:rPr>
          <w:rFonts w:ascii="Aptos Display" w:hAnsi="Aptos Display"/>
          <w:b/>
          <w:bCs/>
          <w:sz w:val="28"/>
          <w:szCs w:val="28"/>
        </w:rPr>
        <w:t>Dentist:</w:t>
      </w:r>
      <w:r w:rsidRPr="008F700F">
        <w:rPr>
          <w:rFonts w:ascii="Aptos Display" w:hAnsi="Aptos Display"/>
          <w:sz w:val="28"/>
          <w:szCs w:val="28"/>
        </w:rPr>
        <w:t xml:space="preserve"> "It sounds interesting, but I need to think about it."</w:t>
      </w:r>
    </w:p>
    <w:p w14:paraId="71DBC1D4" w14:textId="77777777" w:rsidR="00277D0D" w:rsidRPr="008F700F" w:rsidRDefault="007B7730" w:rsidP="001111EB">
      <w:pPr>
        <w:spacing w:line="240" w:lineRule="auto"/>
        <w:rPr>
          <w:rFonts w:ascii="Aptos Display" w:hAnsi="Aptos Display"/>
          <w:sz w:val="28"/>
          <w:szCs w:val="28"/>
        </w:rPr>
      </w:pPr>
      <w:r w:rsidRPr="008F700F">
        <w:rPr>
          <w:rFonts w:ascii="Aptos Display" w:hAnsi="Aptos Display"/>
          <w:b/>
          <w:bCs/>
          <w:sz w:val="28"/>
          <w:szCs w:val="28"/>
        </w:rPr>
        <w:t>You:</w:t>
      </w:r>
      <w:r w:rsidR="00F12E5A" w:rsidRPr="008F700F">
        <w:rPr>
          <w:rFonts w:ascii="Aptos Display" w:hAnsi="Aptos Display"/>
          <w:b/>
          <w:bCs/>
          <w:sz w:val="28"/>
          <w:szCs w:val="28"/>
        </w:rPr>
        <w:t xml:space="preserve"> </w:t>
      </w:r>
      <w:r w:rsidR="001111EB" w:rsidRPr="008F700F">
        <w:rPr>
          <w:rFonts w:ascii="Aptos Display" w:hAnsi="Aptos Display"/>
          <w:sz w:val="28"/>
          <w:szCs w:val="28"/>
        </w:rPr>
        <w:t>"I completely understand.</w:t>
      </w:r>
      <w:r w:rsidR="00E50CD5" w:rsidRPr="008F700F">
        <w:rPr>
          <w:rFonts w:ascii="Aptos Display" w:hAnsi="Aptos Display"/>
          <w:sz w:val="28"/>
          <w:szCs w:val="28"/>
        </w:rPr>
        <w:t xml:space="preserve"> </w:t>
      </w:r>
      <w:r w:rsidR="001111EB" w:rsidRPr="008F700F">
        <w:rPr>
          <w:rFonts w:ascii="Aptos Display" w:hAnsi="Aptos Display"/>
          <w:sz w:val="28"/>
          <w:szCs w:val="28"/>
        </w:rPr>
        <w:t xml:space="preserve">Most dentists tell us </w:t>
      </w:r>
      <w:r w:rsidR="00AD581E" w:rsidRPr="008F700F">
        <w:rPr>
          <w:rFonts w:ascii="Aptos Display" w:hAnsi="Aptos Display"/>
          <w:sz w:val="28"/>
          <w:szCs w:val="28"/>
        </w:rPr>
        <w:t>the same</w:t>
      </w:r>
      <w:r w:rsidR="001111EB" w:rsidRPr="008F700F">
        <w:rPr>
          <w:rFonts w:ascii="Aptos Display" w:hAnsi="Aptos Display"/>
          <w:sz w:val="28"/>
          <w:szCs w:val="28"/>
        </w:rPr>
        <w:t xml:space="preserve"> thing the first time they see </w:t>
      </w:r>
      <w:r w:rsidR="001111EB" w:rsidRPr="008F700F">
        <w:rPr>
          <w:rFonts w:ascii="Aptos Display" w:hAnsi="Aptos Display"/>
          <w:b/>
          <w:bCs/>
          <w:color w:val="F79646" w:themeColor="accent6"/>
          <w:sz w:val="28"/>
          <w:szCs w:val="28"/>
        </w:rPr>
        <w:t>AVA</w:t>
      </w:r>
      <w:r w:rsidR="001111EB" w:rsidRPr="008F700F">
        <w:rPr>
          <w:rFonts w:ascii="Aptos Display" w:hAnsi="Aptos Display"/>
          <w:sz w:val="28"/>
          <w:szCs w:val="28"/>
        </w:rPr>
        <w:t>.</w:t>
      </w:r>
      <w:r w:rsidR="00DB599B" w:rsidRPr="008F700F">
        <w:rPr>
          <w:rFonts w:ascii="Aptos Display" w:hAnsi="Aptos Display"/>
          <w:sz w:val="28"/>
          <w:szCs w:val="28"/>
        </w:rPr>
        <w:t xml:space="preserve"> </w:t>
      </w:r>
      <w:r w:rsidR="001111EB" w:rsidRPr="008F700F">
        <w:rPr>
          <w:rFonts w:ascii="Aptos Display" w:hAnsi="Aptos Display"/>
          <w:sz w:val="28"/>
          <w:szCs w:val="28"/>
        </w:rPr>
        <w:t>The interesting thing is that once they see a real patient consultation, the discussion usually changes from 'Do I need this?' to 'When can I start using it?'</w:t>
      </w:r>
      <w:r w:rsidR="00DB599B" w:rsidRPr="008F700F">
        <w:rPr>
          <w:rFonts w:ascii="Aptos Display" w:hAnsi="Aptos Display"/>
          <w:sz w:val="28"/>
          <w:szCs w:val="28"/>
        </w:rPr>
        <w:t xml:space="preserve"> </w:t>
      </w:r>
    </w:p>
    <w:p w14:paraId="4AC8C8DD" w14:textId="25275B06" w:rsidR="001F59DD" w:rsidRPr="008F700F" w:rsidRDefault="001111EB" w:rsidP="001111EB">
      <w:pPr>
        <w:spacing w:line="240" w:lineRule="auto"/>
        <w:rPr>
          <w:rFonts w:ascii="Aptos Display" w:hAnsi="Aptos Display"/>
          <w:sz w:val="28"/>
          <w:szCs w:val="28"/>
        </w:rPr>
      </w:pPr>
      <w:r w:rsidRPr="008F700F">
        <w:rPr>
          <w:rFonts w:ascii="Aptos Display" w:hAnsi="Aptos Display"/>
          <w:b/>
          <w:bCs/>
          <w:color w:val="F79646" w:themeColor="accent6"/>
          <w:sz w:val="28"/>
          <w:szCs w:val="28"/>
        </w:rPr>
        <w:t>AVA</w:t>
      </w:r>
      <w:r w:rsidRPr="008F700F">
        <w:rPr>
          <w:rFonts w:ascii="Aptos Display" w:hAnsi="Aptos Display"/>
          <w:sz w:val="28"/>
          <w:szCs w:val="28"/>
        </w:rPr>
        <w:t xml:space="preserve"> is one of those solutions that is much easier to appreciate when you see a patient interacting with it than when you simply hear about it.</w:t>
      </w:r>
      <w:r w:rsidR="00DB599B" w:rsidRPr="008F700F">
        <w:rPr>
          <w:rFonts w:ascii="Aptos Display" w:hAnsi="Aptos Display"/>
          <w:sz w:val="28"/>
          <w:szCs w:val="28"/>
        </w:rPr>
        <w:t xml:space="preserve"> </w:t>
      </w:r>
      <w:r w:rsidRPr="008F700F">
        <w:rPr>
          <w:rFonts w:ascii="Aptos Display" w:hAnsi="Aptos Display"/>
          <w:sz w:val="28"/>
          <w:szCs w:val="28"/>
        </w:rPr>
        <w:t>Would you be open to seeing a live demonstration before making your decision?"</w:t>
      </w:r>
    </w:p>
    <w:sectPr w:rsidR="001F59DD" w:rsidRPr="008F700F" w:rsidSect="005F5FF9">
      <w:footerReference w:type="default" r:id="rId8"/>
      <w:headerReference w:type="first" r:id="rId9"/>
      <w:footerReference w:type="first" r:id="rId10"/>
      <w:pgSz w:w="12240" w:h="15840"/>
      <w:pgMar w:top="1361" w:right="1134" w:bottom="136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D3D2" w14:textId="77777777" w:rsidR="00F33D93" w:rsidRDefault="00F33D93" w:rsidP="00425521">
      <w:pPr>
        <w:spacing w:after="0" w:line="240" w:lineRule="auto"/>
      </w:pPr>
      <w:r>
        <w:separator/>
      </w:r>
    </w:p>
  </w:endnote>
  <w:endnote w:type="continuationSeparator" w:id="0">
    <w:p w14:paraId="610E57B2" w14:textId="77777777" w:rsidR="00F33D93" w:rsidRDefault="00F33D93" w:rsidP="00425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BC71" w14:textId="590A4F0E" w:rsidR="00F13112" w:rsidRDefault="00F13112">
    <w:pPr>
      <w:pStyle w:val="Pieddepage"/>
    </w:pPr>
    <w:r>
      <w:rPr>
        <w:b/>
        <w:bCs/>
        <w:color w:val="F79646" w:themeColor="accent6"/>
      </w:rPr>
      <w:tab/>
    </w:r>
    <w:r>
      <w:rPr>
        <w:b/>
        <w:bCs/>
        <w:color w:val="F79646" w:themeColor="accent6"/>
      </w:rPr>
      <w:tab/>
    </w:r>
    <w:r w:rsidRPr="00EE32D1">
      <w:rPr>
        <w:b/>
        <w:bCs/>
        <w:color w:val="F79646" w:themeColor="accent6"/>
      </w:rPr>
      <w:fldChar w:fldCharType="begin"/>
    </w:r>
    <w:r w:rsidRPr="00EE32D1">
      <w:rPr>
        <w:b/>
        <w:bCs/>
        <w:color w:val="F79646" w:themeColor="accent6"/>
      </w:rPr>
      <w:instrText>PAGE  \* Arabic  \* MERGEFORMAT</w:instrText>
    </w:r>
    <w:r w:rsidRPr="00EE32D1">
      <w:rPr>
        <w:b/>
        <w:bCs/>
        <w:color w:val="F79646" w:themeColor="accent6"/>
      </w:rPr>
      <w:fldChar w:fldCharType="separate"/>
    </w:r>
    <w:r>
      <w:rPr>
        <w:b/>
        <w:bCs/>
        <w:color w:val="F79646" w:themeColor="accent6"/>
      </w:rPr>
      <w:t>1</w:t>
    </w:r>
    <w:r w:rsidRPr="00EE32D1">
      <w:rPr>
        <w:b/>
        <w:bCs/>
        <w:color w:val="F79646" w:themeColor="accent6"/>
      </w:rPr>
      <w:fldChar w:fldCharType="end"/>
    </w:r>
    <w:r w:rsidRPr="00EE32D1">
      <w:rPr>
        <w:b/>
        <w:bCs/>
        <w:color w:val="F79646" w:themeColor="accent6"/>
      </w:rPr>
      <w:t>/</w:t>
    </w:r>
    <w:r w:rsidRPr="00EE32D1">
      <w:rPr>
        <w:b/>
        <w:bCs/>
        <w:color w:val="F79646" w:themeColor="accent6"/>
      </w:rPr>
      <w:fldChar w:fldCharType="begin"/>
    </w:r>
    <w:r w:rsidRPr="00EE32D1">
      <w:rPr>
        <w:b/>
        <w:bCs/>
        <w:color w:val="F79646" w:themeColor="accent6"/>
      </w:rPr>
      <w:instrText>NUMPAGES  \* arabe  \* MERGEFORMAT</w:instrText>
    </w:r>
    <w:r w:rsidRPr="00EE32D1">
      <w:rPr>
        <w:b/>
        <w:bCs/>
        <w:color w:val="F79646" w:themeColor="accent6"/>
      </w:rPr>
      <w:fldChar w:fldCharType="separate"/>
    </w:r>
    <w:r>
      <w:rPr>
        <w:b/>
        <w:bCs/>
        <w:color w:val="F79646" w:themeColor="accent6"/>
      </w:rPr>
      <w:t>7</w:t>
    </w:r>
    <w:r w:rsidRPr="00EE32D1">
      <w:rPr>
        <w:b/>
        <w:bCs/>
        <w:color w:val="F79646" w:themeColor="accent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82B5" w14:textId="12D9DF50" w:rsidR="002520C5" w:rsidRPr="00EE32D1" w:rsidRDefault="00F13112">
    <w:pPr>
      <w:pStyle w:val="Pieddepage"/>
      <w:rPr>
        <w:b/>
        <w:bCs/>
      </w:rPr>
    </w:pPr>
    <w:r w:rsidRPr="00EE32D1">
      <w:rPr>
        <w:b/>
        <w:bCs/>
        <w:noProof/>
        <w:color w:val="4F81BD" w:themeColor="accent1"/>
      </w:rPr>
      <w:drawing>
        <wp:anchor distT="0" distB="0" distL="114300" distR="114300" simplePos="0" relativeHeight="251659264" behindDoc="0" locked="0" layoutInCell="1" allowOverlap="1" wp14:anchorId="3516782B" wp14:editId="58414130">
          <wp:simplePos x="0" y="0"/>
          <wp:positionH relativeFrom="column">
            <wp:posOffset>3810</wp:posOffset>
          </wp:positionH>
          <wp:positionV relativeFrom="paragraph">
            <wp:posOffset>-90170</wp:posOffset>
          </wp:positionV>
          <wp:extent cx="4791075" cy="644741"/>
          <wp:effectExtent l="0" t="0" r="0" b="3175"/>
          <wp:wrapNone/>
          <wp:docPr id="7379339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33954" name=""/>
                  <pic:cNvPicPr/>
                </pic:nvPicPr>
                <pic:blipFill>
                  <a:blip r:embed="rId1">
                    <a:extLst>
                      <a:ext uri="{28A0092B-C50C-407E-A947-70E740481C1C}">
                        <a14:useLocalDpi xmlns:a14="http://schemas.microsoft.com/office/drawing/2010/main" val="0"/>
                      </a:ext>
                    </a:extLst>
                  </a:blip>
                  <a:stretch>
                    <a:fillRect/>
                  </a:stretch>
                </pic:blipFill>
                <pic:spPr>
                  <a:xfrm>
                    <a:off x="0" y="0"/>
                    <a:ext cx="4791075" cy="644741"/>
                  </a:xfrm>
                  <a:prstGeom prst="rect">
                    <a:avLst/>
                  </a:prstGeom>
                </pic:spPr>
              </pic:pic>
            </a:graphicData>
          </a:graphic>
          <wp14:sizeRelH relativeFrom="margin">
            <wp14:pctWidth>0</wp14:pctWidth>
          </wp14:sizeRelH>
          <wp14:sizeRelV relativeFrom="margin">
            <wp14:pctHeight>0</wp14:pctHeight>
          </wp14:sizeRelV>
        </wp:anchor>
      </w:drawing>
    </w:r>
    <w:r w:rsidR="00EE32D1">
      <w:rPr>
        <w:color w:val="C0504D" w:themeColor="accent2"/>
      </w:rPr>
      <w:tab/>
    </w:r>
    <w:r w:rsidR="00EE32D1">
      <w:rPr>
        <w:color w:val="C0504D" w:themeColor="accent2"/>
      </w:rPr>
      <w:tab/>
    </w:r>
    <w:r w:rsidR="00EE32D1" w:rsidRPr="00EE32D1">
      <w:rPr>
        <w:b/>
        <w:bCs/>
        <w:color w:val="F79646" w:themeColor="accent6"/>
      </w:rPr>
      <w:fldChar w:fldCharType="begin"/>
    </w:r>
    <w:r w:rsidR="00EE32D1" w:rsidRPr="00EE32D1">
      <w:rPr>
        <w:b/>
        <w:bCs/>
        <w:color w:val="F79646" w:themeColor="accent6"/>
      </w:rPr>
      <w:instrText>PAGE  \* Arabic  \* MERGEFORMAT</w:instrText>
    </w:r>
    <w:r w:rsidR="00EE32D1" w:rsidRPr="00EE32D1">
      <w:rPr>
        <w:b/>
        <w:bCs/>
        <w:color w:val="F79646" w:themeColor="accent6"/>
      </w:rPr>
      <w:fldChar w:fldCharType="separate"/>
    </w:r>
    <w:r w:rsidR="00EE32D1" w:rsidRPr="00EE32D1">
      <w:rPr>
        <w:b/>
        <w:bCs/>
        <w:color w:val="F79646" w:themeColor="accent6"/>
      </w:rPr>
      <w:t>1</w:t>
    </w:r>
    <w:r w:rsidR="00EE32D1" w:rsidRPr="00EE32D1">
      <w:rPr>
        <w:b/>
        <w:bCs/>
        <w:color w:val="F79646" w:themeColor="accent6"/>
      </w:rPr>
      <w:fldChar w:fldCharType="end"/>
    </w:r>
    <w:r w:rsidR="00EE32D1" w:rsidRPr="00EE32D1">
      <w:rPr>
        <w:b/>
        <w:bCs/>
        <w:color w:val="F79646" w:themeColor="accent6"/>
      </w:rPr>
      <w:t>/</w:t>
    </w:r>
    <w:r w:rsidR="00EE32D1" w:rsidRPr="00EE32D1">
      <w:rPr>
        <w:b/>
        <w:bCs/>
        <w:color w:val="F79646" w:themeColor="accent6"/>
      </w:rPr>
      <w:fldChar w:fldCharType="begin"/>
    </w:r>
    <w:r w:rsidR="00EE32D1" w:rsidRPr="00EE32D1">
      <w:rPr>
        <w:b/>
        <w:bCs/>
        <w:color w:val="F79646" w:themeColor="accent6"/>
      </w:rPr>
      <w:instrText>NUMPAGES  \* arabe  \* MERGEFORMAT</w:instrText>
    </w:r>
    <w:r w:rsidR="00EE32D1" w:rsidRPr="00EE32D1">
      <w:rPr>
        <w:b/>
        <w:bCs/>
        <w:color w:val="F79646" w:themeColor="accent6"/>
      </w:rPr>
      <w:fldChar w:fldCharType="separate"/>
    </w:r>
    <w:r w:rsidR="00EE32D1" w:rsidRPr="00EE32D1">
      <w:rPr>
        <w:b/>
        <w:bCs/>
        <w:color w:val="F79646" w:themeColor="accent6"/>
      </w:rPr>
      <w:t>1</w:t>
    </w:r>
    <w:r w:rsidR="00EE32D1" w:rsidRPr="00EE32D1">
      <w:rPr>
        <w:b/>
        <w:bCs/>
        <w:color w:val="F79646" w:themeColor="accent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C0097" w14:textId="77777777" w:rsidR="00F33D93" w:rsidRDefault="00F33D93" w:rsidP="00425521">
      <w:pPr>
        <w:spacing w:after="0" w:line="240" w:lineRule="auto"/>
      </w:pPr>
      <w:r>
        <w:separator/>
      </w:r>
    </w:p>
  </w:footnote>
  <w:footnote w:type="continuationSeparator" w:id="0">
    <w:p w14:paraId="01B40356" w14:textId="77777777" w:rsidR="00F33D93" w:rsidRDefault="00F33D93" w:rsidP="00425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5E77" w14:textId="4EE116B1" w:rsidR="00E93D69" w:rsidRDefault="002520C5">
    <w:pPr>
      <w:pStyle w:val="En-tte"/>
    </w:pPr>
    <w:r>
      <w:rPr>
        <w:noProof/>
      </w:rPr>
      <w:drawing>
        <wp:anchor distT="0" distB="0" distL="114300" distR="114300" simplePos="0" relativeHeight="251657216" behindDoc="0" locked="0" layoutInCell="1" allowOverlap="1" wp14:anchorId="2C3059DF" wp14:editId="47A4DEEA">
          <wp:simplePos x="0" y="0"/>
          <wp:positionH relativeFrom="column">
            <wp:posOffset>-342900</wp:posOffset>
          </wp:positionH>
          <wp:positionV relativeFrom="paragraph">
            <wp:posOffset>-280035</wp:posOffset>
          </wp:positionV>
          <wp:extent cx="2686202" cy="423081"/>
          <wp:effectExtent l="0" t="0" r="0" b="0"/>
          <wp:wrapNone/>
          <wp:docPr id="1709207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0759" name="Image 170920759"/>
                  <pic:cNvPicPr/>
                </pic:nvPicPr>
                <pic:blipFill>
                  <a:blip r:embed="rId1">
                    <a:extLst>
                      <a:ext uri="{28A0092B-C50C-407E-A947-70E740481C1C}">
                        <a14:useLocalDpi xmlns:a14="http://schemas.microsoft.com/office/drawing/2010/main" val="0"/>
                      </a:ext>
                    </a:extLst>
                  </a:blip>
                  <a:stretch>
                    <a:fillRect/>
                  </a:stretch>
                </pic:blipFill>
                <pic:spPr>
                  <a:xfrm>
                    <a:off x="0" y="0"/>
                    <a:ext cx="2686202" cy="4230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EBC722F"/>
    <w:multiLevelType w:val="hybridMultilevel"/>
    <w:tmpl w:val="FCC6E0BC"/>
    <w:lvl w:ilvl="0" w:tplc="090A28EC">
      <w:start w:val="1"/>
      <w:numFmt w:val="bullet"/>
      <w:lvlText w:val=""/>
      <w:lvlJc w:val="left"/>
      <w:pPr>
        <w:ind w:left="720" w:hanging="360"/>
      </w:pPr>
      <w:rPr>
        <w:rFonts w:ascii="Symbol" w:hAnsi="Symbol" w:hint="default"/>
        <w:color w:val="F79646"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800AD4"/>
    <w:multiLevelType w:val="hybridMultilevel"/>
    <w:tmpl w:val="384C1C1C"/>
    <w:lvl w:ilvl="0" w:tplc="090A28EC">
      <w:start w:val="1"/>
      <w:numFmt w:val="bullet"/>
      <w:lvlText w:val=""/>
      <w:lvlJc w:val="left"/>
      <w:pPr>
        <w:ind w:left="720" w:hanging="360"/>
      </w:pPr>
      <w:rPr>
        <w:rFonts w:ascii="Symbol" w:hAnsi="Symbol" w:hint="default"/>
        <w:color w:val="F79646"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EE3F7B"/>
    <w:multiLevelType w:val="hybridMultilevel"/>
    <w:tmpl w:val="4FD4F7DC"/>
    <w:lvl w:ilvl="0" w:tplc="08EC9670">
      <w:start w:val="1"/>
      <w:numFmt w:val="bullet"/>
      <w:lvlText w:val=""/>
      <w:lvlJc w:val="left"/>
      <w:pPr>
        <w:ind w:left="720" w:hanging="360"/>
      </w:pPr>
      <w:rPr>
        <w:rFonts w:ascii="Symbol" w:hAnsi="Symbol" w:hint="default"/>
        <w:color w:val="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9B4F55"/>
    <w:multiLevelType w:val="hybridMultilevel"/>
    <w:tmpl w:val="61183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F83010"/>
    <w:multiLevelType w:val="hybridMultilevel"/>
    <w:tmpl w:val="23B067C2"/>
    <w:lvl w:ilvl="0" w:tplc="090A28EC">
      <w:start w:val="1"/>
      <w:numFmt w:val="bullet"/>
      <w:lvlText w:val=""/>
      <w:lvlJc w:val="left"/>
      <w:pPr>
        <w:ind w:left="720" w:hanging="360"/>
      </w:pPr>
      <w:rPr>
        <w:rFonts w:ascii="Symbol" w:hAnsi="Symbol" w:hint="default"/>
        <w:color w:val="F79646"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36A6C5C"/>
    <w:multiLevelType w:val="hybridMultilevel"/>
    <w:tmpl w:val="F618B912"/>
    <w:lvl w:ilvl="0" w:tplc="090A28EC">
      <w:start w:val="1"/>
      <w:numFmt w:val="bullet"/>
      <w:lvlText w:val=""/>
      <w:lvlJc w:val="left"/>
      <w:pPr>
        <w:ind w:left="720" w:hanging="360"/>
      </w:pPr>
      <w:rPr>
        <w:rFonts w:ascii="Symbol" w:hAnsi="Symbol" w:hint="default"/>
        <w:color w:val="F79646"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886F6F"/>
    <w:multiLevelType w:val="hybridMultilevel"/>
    <w:tmpl w:val="9496B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DEF573F"/>
    <w:multiLevelType w:val="hybridMultilevel"/>
    <w:tmpl w:val="44E43694"/>
    <w:lvl w:ilvl="0" w:tplc="D3EE12E6">
      <w:numFmt w:val="bullet"/>
      <w:lvlText w:val="•"/>
      <w:lvlJc w:val="left"/>
      <w:pPr>
        <w:ind w:left="720" w:hanging="360"/>
      </w:pPr>
      <w:rPr>
        <w:rFonts w:ascii="Aptos Display" w:eastAsiaTheme="minorEastAsia" w:hAnsi="Aptos Display"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8318D4"/>
    <w:multiLevelType w:val="hybridMultilevel"/>
    <w:tmpl w:val="88D2518C"/>
    <w:lvl w:ilvl="0" w:tplc="08EC9670">
      <w:start w:val="1"/>
      <w:numFmt w:val="bullet"/>
      <w:lvlText w:val=""/>
      <w:lvlJc w:val="left"/>
      <w:pPr>
        <w:ind w:left="720" w:hanging="360"/>
      </w:pPr>
      <w:rPr>
        <w:rFonts w:ascii="Symbol" w:hAnsi="Symbol" w:hint="default"/>
        <w:color w:val="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103D64"/>
    <w:multiLevelType w:val="hybridMultilevel"/>
    <w:tmpl w:val="D1846484"/>
    <w:lvl w:ilvl="0" w:tplc="090A28EC">
      <w:start w:val="1"/>
      <w:numFmt w:val="bullet"/>
      <w:lvlText w:val=""/>
      <w:lvlJc w:val="left"/>
      <w:pPr>
        <w:ind w:left="720" w:hanging="360"/>
      </w:pPr>
      <w:rPr>
        <w:rFonts w:ascii="Symbol" w:hAnsi="Symbol" w:hint="default"/>
        <w:color w:val="F79646"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F34652"/>
    <w:multiLevelType w:val="hybridMultilevel"/>
    <w:tmpl w:val="ED3495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63052EF"/>
    <w:multiLevelType w:val="hybridMultilevel"/>
    <w:tmpl w:val="411A1376"/>
    <w:lvl w:ilvl="0" w:tplc="2272C69E">
      <w:numFmt w:val="bullet"/>
      <w:lvlText w:val="•"/>
      <w:lvlJc w:val="left"/>
      <w:pPr>
        <w:ind w:left="720" w:hanging="360"/>
      </w:pPr>
      <w:rPr>
        <w:rFonts w:ascii="Aptos Display" w:eastAsiaTheme="minorEastAsia" w:hAnsi="Aptos Display"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1899302">
    <w:abstractNumId w:val="8"/>
  </w:num>
  <w:num w:numId="2" w16cid:durableId="1611158924">
    <w:abstractNumId w:val="6"/>
  </w:num>
  <w:num w:numId="3" w16cid:durableId="295380838">
    <w:abstractNumId w:val="5"/>
  </w:num>
  <w:num w:numId="4" w16cid:durableId="1225679035">
    <w:abstractNumId w:val="4"/>
  </w:num>
  <w:num w:numId="5" w16cid:durableId="1135103601">
    <w:abstractNumId w:val="7"/>
  </w:num>
  <w:num w:numId="6" w16cid:durableId="1944415563">
    <w:abstractNumId w:val="3"/>
  </w:num>
  <w:num w:numId="7" w16cid:durableId="2040932104">
    <w:abstractNumId w:val="2"/>
  </w:num>
  <w:num w:numId="8" w16cid:durableId="728308020">
    <w:abstractNumId w:val="1"/>
  </w:num>
  <w:num w:numId="9" w16cid:durableId="93987566">
    <w:abstractNumId w:val="0"/>
  </w:num>
  <w:num w:numId="10" w16cid:durableId="1420323449">
    <w:abstractNumId w:val="19"/>
  </w:num>
  <w:num w:numId="11" w16cid:durableId="1315333328">
    <w:abstractNumId w:val="15"/>
  </w:num>
  <w:num w:numId="12" w16cid:durableId="1965230291">
    <w:abstractNumId w:val="12"/>
  </w:num>
  <w:num w:numId="13" w16cid:durableId="990132900">
    <w:abstractNumId w:val="17"/>
  </w:num>
  <w:num w:numId="14" w16cid:durableId="72972403">
    <w:abstractNumId w:val="11"/>
  </w:num>
  <w:num w:numId="15" w16cid:durableId="1227373037">
    <w:abstractNumId w:val="9"/>
  </w:num>
  <w:num w:numId="16" w16cid:durableId="1322732581">
    <w:abstractNumId w:val="14"/>
  </w:num>
  <w:num w:numId="17" w16cid:durableId="330914237">
    <w:abstractNumId w:val="18"/>
  </w:num>
  <w:num w:numId="18" w16cid:durableId="1510751103">
    <w:abstractNumId w:val="13"/>
  </w:num>
  <w:num w:numId="19" w16cid:durableId="1995645126">
    <w:abstractNumId w:val="20"/>
  </w:num>
  <w:num w:numId="20" w16cid:durableId="1046178423">
    <w:abstractNumId w:val="10"/>
  </w:num>
  <w:num w:numId="21" w16cid:durableId="15910368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D96"/>
    <w:rsid w:val="0002408E"/>
    <w:rsid w:val="00033031"/>
    <w:rsid w:val="00034616"/>
    <w:rsid w:val="00035828"/>
    <w:rsid w:val="00036CD6"/>
    <w:rsid w:val="000461A2"/>
    <w:rsid w:val="00047040"/>
    <w:rsid w:val="00053882"/>
    <w:rsid w:val="00056D82"/>
    <w:rsid w:val="00057F21"/>
    <w:rsid w:val="0006063C"/>
    <w:rsid w:val="00072FCF"/>
    <w:rsid w:val="00075779"/>
    <w:rsid w:val="000B0D77"/>
    <w:rsid w:val="000D09E7"/>
    <w:rsid w:val="000E3B56"/>
    <w:rsid w:val="000F5868"/>
    <w:rsid w:val="000F6C15"/>
    <w:rsid w:val="001010C9"/>
    <w:rsid w:val="00101A9F"/>
    <w:rsid w:val="00106110"/>
    <w:rsid w:val="00107707"/>
    <w:rsid w:val="001111EB"/>
    <w:rsid w:val="00111D43"/>
    <w:rsid w:val="00112B92"/>
    <w:rsid w:val="001301FD"/>
    <w:rsid w:val="0015074B"/>
    <w:rsid w:val="00157BDD"/>
    <w:rsid w:val="00187F54"/>
    <w:rsid w:val="001B3CA4"/>
    <w:rsid w:val="001C3CC6"/>
    <w:rsid w:val="001C4D87"/>
    <w:rsid w:val="001C6E52"/>
    <w:rsid w:val="001D12E3"/>
    <w:rsid w:val="001D1FB6"/>
    <w:rsid w:val="001E0F5F"/>
    <w:rsid w:val="001E408F"/>
    <w:rsid w:val="001F59DD"/>
    <w:rsid w:val="00207A81"/>
    <w:rsid w:val="00220247"/>
    <w:rsid w:val="00226A02"/>
    <w:rsid w:val="00226C79"/>
    <w:rsid w:val="002301A4"/>
    <w:rsid w:val="00235BE8"/>
    <w:rsid w:val="00242F9C"/>
    <w:rsid w:val="0024759F"/>
    <w:rsid w:val="002520C5"/>
    <w:rsid w:val="00254E31"/>
    <w:rsid w:val="00255B30"/>
    <w:rsid w:val="00261B63"/>
    <w:rsid w:val="00273D95"/>
    <w:rsid w:val="00277D0D"/>
    <w:rsid w:val="0029639D"/>
    <w:rsid w:val="002A7572"/>
    <w:rsid w:val="002B1372"/>
    <w:rsid w:val="002B7753"/>
    <w:rsid w:val="002B7C60"/>
    <w:rsid w:val="002B7DA7"/>
    <w:rsid w:val="002D627A"/>
    <w:rsid w:val="002E37D6"/>
    <w:rsid w:val="00302F50"/>
    <w:rsid w:val="00311DD7"/>
    <w:rsid w:val="003173EF"/>
    <w:rsid w:val="00321390"/>
    <w:rsid w:val="00321729"/>
    <w:rsid w:val="00321A0C"/>
    <w:rsid w:val="00324B21"/>
    <w:rsid w:val="00325345"/>
    <w:rsid w:val="00326F90"/>
    <w:rsid w:val="003273D3"/>
    <w:rsid w:val="00330ABD"/>
    <w:rsid w:val="00341BA0"/>
    <w:rsid w:val="003709EC"/>
    <w:rsid w:val="003715BA"/>
    <w:rsid w:val="00371F68"/>
    <w:rsid w:val="00374DA0"/>
    <w:rsid w:val="00384000"/>
    <w:rsid w:val="003953AD"/>
    <w:rsid w:val="003A0A46"/>
    <w:rsid w:val="003A537A"/>
    <w:rsid w:val="003B41DA"/>
    <w:rsid w:val="003C3DE6"/>
    <w:rsid w:val="003E225E"/>
    <w:rsid w:val="003E5D75"/>
    <w:rsid w:val="003F1B73"/>
    <w:rsid w:val="003F57DF"/>
    <w:rsid w:val="00411650"/>
    <w:rsid w:val="00414D62"/>
    <w:rsid w:val="00420467"/>
    <w:rsid w:val="00425521"/>
    <w:rsid w:val="00433073"/>
    <w:rsid w:val="00436530"/>
    <w:rsid w:val="00440CFC"/>
    <w:rsid w:val="004419E8"/>
    <w:rsid w:val="00455770"/>
    <w:rsid w:val="00466781"/>
    <w:rsid w:val="00473446"/>
    <w:rsid w:val="0047450B"/>
    <w:rsid w:val="004748AF"/>
    <w:rsid w:val="0047528A"/>
    <w:rsid w:val="00482C6F"/>
    <w:rsid w:val="0048778C"/>
    <w:rsid w:val="00495256"/>
    <w:rsid w:val="00497EA1"/>
    <w:rsid w:val="004B5F37"/>
    <w:rsid w:val="004C758A"/>
    <w:rsid w:val="004F6F8B"/>
    <w:rsid w:val="004F7C0C"/>
    <w:rsid w:val="00503374"/>
    <w:rsid w:val="00505746"/>
    <w:rsid w:val="00507BB2"/>
    <w:rsid w:val="00511CF7"/>
    <w:rsid w:val="00512B47"/>
    <w:rsid w:val="00513CB5"/>
    <w:rsid w:val="00514590"/>
    <w:rsid w:val="005201D6"/>
    <w:rsid w:val="00521B07"/>
    <w:rsid w:val="00531491"/>
    <w:rsid w:val="005403C2"/>
    <w:rsid w:val="00552A3D"/>
    <w:rsid w:val="00553482"/>
    <w:rsid w:val="00562F22"/>
    <w:rsid w:val="00567293"/>
    <w:rsid w:val="00585335"/>
    <w:rsid w:val="005943CC"/>
    <w:rsid w:val="00595D4A"/>
    <w:rsid w:val="005965B9"/>
    <w:rsid w:val="005A3122"/>
    <w:rsid w:val="005B5509"/>
    <w:rsid w:val="005C2AA9"/>
    <w:rsid w:val="005F5FF9"/>
    <w:rsid w:val="006021A3"/>
    <w:rsid w:val="0062052E"/>
    <w:rsid w:val="00621F07"/>
    <w:rsid w:val="00652C33"/>
    <w:rsid w:val="0066053D"/>
    <w:rsid w:val="006944B4"/>
    <w:rsid w:val="006A5877"/>
    <w:rsid w:val="006A7E57"/>
    <w:rsid w:val="006C2178"/>
    <w:rsid w:val="006D3500"/>
    <w:rsid w:val="006E45BE"/>
    <w:rsid w:val="006E4EA0"/>
    <w:rsid w:val="006E7892"/>
    <w:rsid w:val="007035CD"/>
    <w:rsid w:val="00716CD0"/>
    <w:rsid w:val="007215D2"/>
    <w:rsid w:val="00722215"/>
    <w:rsid w:val="0072449C"/>
    <w:rsid w:val="00745808"/>
    <w:rsid w:val="007527D6"/>
    <w:rsid w:val="00764DD1"/>
    <w:rsid w:val="00781AC9"/>
    <w:rsid w:val="0079188A"/>
    <w:rsid w:val="007926DF"/>
    <w:rsid w:val="007B1337"/>
    <w:rsid w:val="007B7730"/>
    <w:rsid w:val="007C0CF1"/>
    <w:rsid w:val="007C163D"/>
    <w:rsid w:val="007C2A0A"/>
    <w:rsid w:val="007C62C8"/>
    <w:rsid w:val="00805177"/>
    <w:rsid w:val="008052CF"/>
    <w:rsid w:val="008160E4"/>
    <w:rsid w:val="00830877"/>
    <w:rsid w:val="008669B1"/>
    <w:rsid w:val="00866ADD"/>
    <w:rsid w:val="00883B35"/>
    <w:rsid w:val="008879E6"/>
    <w:rsid w:val="008A4D52"/>
    <w:rsid w:val="008B3713"/>
    <w:rsid w:val="008B5C33"/>
    <w:rsid w:val="008D0768"/>
    <w:rsid w:val="008F700F"/>
    <w:rsid w:val="00916038"/>
    <w:rsid w:val="0091697C"/>
    <w:rsid w:val="0094382F"/>
    <w:rsid w:val="00945D69"/>
    <w:rsid w:val="009543A9"/>
    <w:rsid w:val="00970EE6"/>
    <w:rsid w:val="0098176D"/>
    <w:rsid w:val="009836D9"/>
    <w:rsid w:val="009A471E"/>
    <w:rsid w:val="009A5D8F"/>
    <w:rsid w:val="009B46F7"/>
    <w:rsid w:val="009B683D"/>
    <w:rsid w:val="009E051F"/>
    <w:rsid w:val="009E2C68"/>
    <w:rsid w:val="00A1012C"/>
    <w:rsid w:val="00A11432"/>
    <w:rsid w:val="00A11AC5"/>
    <w:rsid w:val="00A165D7"/>
    <w:rsid w:val="00A40CA6"/>
    <w:rsid w:val="00A55714"/>
    <w:rsid w:val="00A57C56"/>
    <w:rsid w:val="00A65177"/>
    <w:rsid w:val="00A67226"/>
    <w:rsid w:val="00A703CD"/>
    <w:rsid w:val="00A752CF"/>
    <w:rsid w:val="00A779A2"/>
    <w:rsid w:val="00A8343D"/>
    <w:rsid w:val="00A97A0B"/>
    <w:rsid w:val="00AA1D8D"/>
    <w:rsid w:val="00AB289E"/>
    <w:rsid w:val="00AB6D03"/>
    <w:rsid w:val="00AC7B39"/>
    <w:rsid w:val="00AD581E"/>
    <w:rsid w:val="00AF4173"/>
    <w:rsid w:val="00AF7BAC"/>
    <w:rsid w:val="00B10C3B"/>
    <w:rsid w:val="00B2478F"/>
    <w:rsid w:val="00B276F0"/>
    <w:rsid w:val="00B31C28"/>
    <w:rsid w:val="00B47730"/>
    <w:rsid w:val="00B67D9D"/>
    <w:rsid w:val="00B72DD0"/>
    <w:rsid w:val="00B91CC0"/>
    <w:rsid w:val="00BC08AE"/>
    <w:rsid w:val="00BD6EA8"/>
    <w:rsid w:val="00BE1D8F"/>
    <w:rsid w:val="00C05A05"/>
    <w:rsid w:val="00C15F8D"/>
    <w:rsid w:val="00C459B8"/>
    <w:rsid w:val="00C51EC6"/>
    <w:rsid w:val="00C740BB"/>
    <w:rsid w:val="00C97D47"/>
    <w:rsid w:val="00CB0664"/>
    <w:rsid w:val="00CB5D35"/>
    <w:rsid w:val="00CD4D25"/>
    <w:rsid w:val="00CE6A0B"/>
    <w:rsid w:val="00CF1D0C"/>
    <w:rsid w:val="00CF3514"/>
    <w:rsid w:val="00D05414"/>
    <w:rsid w:val="00D0710C"/>
    <w:rsid w:val="00D23AB3"/>
    <w:rsid w:val="00D35E78"/>
    <w:rsid w:val="00D36371"/>
    <w:rsid w:val="00D4528F"/>
    <w:rsid w:val="00D503C6"/>
    <w:rsid w:val="00D55FBD"/>
    <w:rsid w:val="00D6368F"/>
    <w:rsid w:val="00D64716"/>
    <w:rsid w:val="00D702ED"/>
    <w:rsid w:val="00D74F37"/>
    <w:rsid w:val="00D75DD1"/>
    <w:rsid w:val="00D81993"/>
    <w:rsid w:val="00D8458C"/>
    <w:rsid w:val="00DB599B"/>
    <w:rsid w:val="00DE4046"/>
    <w:rsid w:val="00DF63CF"/>
    <w:rsid w:val="00E01A2A"/>
    <w:rsid w:val="00E0668D"/>
    <w:rsid w:val="00E16212"/>
    <w:rsid w:val="00E24B5C"/>
    <w:rsid w:val="00E27F37"/>
    <w:rsid w:val="00E3672D"/>
    <w:rsid w:val="00E50CD5"/>
    <w:rsid w:val="00E51740"/>
    <w:rsid w:val="00E53D59"/>
    <w:rsid w:val="00E5492B"/>
    <w:rsid w:val="00E56EFB"/>
    <w:rsid w:val="00E7779A"/>
    <w:rsid w:val="00E85223"/>
    <w:rsid w:val="00E93D69"/>
    <w:rsid w:val="00EA27AF"/>
    <w:rsid w:val="00EB214D"/>
    <w:rsid w:val="00EB283D"/>
    <w:rsid w:val="00EB6CBD"/>
    <w:rsid w:val="00EC0C12"/>
    <w:rsid w:val="00EC3BD3"/>
    <w:rsid w:val="00EC3E26"/>
    <w:rsid w:val="00EC51CC"/>
    <w:rsid w:val="00EC5D5F"/>
    <w:rsid w:val="00ED48F6"/>
    <w:rsid w:val="00EE21E0"/>
    <w:rsid w:val="00EE32D1"/>
    <w:rsid w:val="00EE5507"/>
    <w:rsid w:val="00EF1757"/>
    <w:rsid w:val="00F12E5A"/>
    <w:rsid w:val="00F13112"/>
    <w:rsid w:val="00F33D93"/>
    <w:rsid w:val="00F5368B"/>
    <w:rsid w:val="00F62DF4"/>
    <w:rsid w:val="00F65687"/>
    <w:rsid w:val="00F72093"/>
    <w:rsid w:val="00FA03A8"/>
    <w:rsid w:val="00FB1964"/>
    <w:rsid w:val="00FB706A"/>
    <w:rsid w:val="00FC06AE"/>
    <w:rsid w:val="00FC693F"/>
    <w:rsid w:val="00FE0453"/>
    <w:rsid w:val="00FE63DF"/>
    <w:rsid w:val="00FE6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C323B"/>
  <w14:defaultImageDpi w14:val="300"/>
  <w15:docId w15:val="{D50D4AD6-BE90-4B22-8C86-527A3313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28A"/>
    <w:rPr>
      <w:rFonts w:ascii="Aptos" w:hAnsi="Aptos"/>
      <w:sz w:val="24"/>
      <w:szCs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7528A"/>
    <w:pPr>
      <w:keepNext/>
      <w:keepLines/>
      <w:spacing w:after="0" w:line="240" w:lineRule="auto"/>
      <w:outlineLvl w:val="1"/>
    </w:pPr>
    <w:rPr>
      <w:rFonts w:asciiTheme="majorHAnsi" w:eastAsiaTheme="majorEastAsia" w:hAnsiTheme="majorHAnsi" w:cstheme="majorBidi"/>
      <w:b/>
      <w:bCs/>
      <w:color w:val="F79646" w:themeColor="accent6"/>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47528A"/>
    <w:rPr>
      <w:rFonts w:asciiTheme="majorHAnsi" w:eastAsiaTheme="majorEastAsia" w:hAnsiTheme="majorHAnsi" w:cstheme="majorBidi"/>
      <w:b/>
      <w:bCs/>
      <w:color w:val="F79646" w:themeColor="accent6"/>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F4173"/>
    <w:pPr>
      <w:spacing w:before="100" w:beforeAutospacing="1" w:after="100" w:afterAutospacing="1" w:line="240" w:lineRule="auto"/>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9</Pages>
  <Words>2452</Words>
  <Characters>13566</Characters>
  <Application>Microsoft Office Word</Application>
  <DocSecurity>0</DocSecurity>
  <Lines>357</Lines>
  <Paragraphs>208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Laurent Zenou</cp:lastModifiedBy>
  <cp:revision>264</cp:revision>
  <dcterms:created xsi:type="dcterms:W3CDTF">2013-12-23T23:15:00Z</dcterms:created>
  <dcterms:modified xsi:type="dcterms:W3CDTF">2026-06-23T11:32:00Z</dcterms:modified>
  <cp:category/>
</cp:coreProperties>
</file>